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AE105" w14:textId="0E32E32B" w:rsidR="00F201F3" w:rsidRPr="006D2DB0" w:rsidRDefault="00790CB2" w:rsidP="00CA492A">
      <w:pPr>
        <w:pStyle w:val="Title"/>
        <w:spacing w:before="240"/>
        <w:rPr>
          <w:rFonts w:ascii="Arial" w:hAnsi="Arial" w:cs="Arial"/>
          <w:sz w:val="28"/>
          <w:szCs w:val="28"/>
        </w:rPr>
      </w:pPr>
      <w:r w:rsidRPr="006D2DB0">
        <w:rPr>
          <w:rFonts w:ascii="Arial" w:hAnsi="Arial" w:cs="Arial"/>
          <w:sz w:val="28"/>
          <w:szCs w:val="28"/>
        </w:rPr>
        <w:t xml:space="preserve">Castaways </w:t>
      </w:r>
      <w:r w:rsidR="004A2389" w:rsidRPr="006D2DB0">
        <w:rPr>
          <w:rFonts w:ascii="Arial" w:hAnsi="Arial" w:cs="Arial"/>
          <w:sz w:val="28"/>
          <w:szCs w:val="28"/>
        </w:rPr>
        <w:t xml:space="preserve">Artwork </w:t>
      </w:r>
      <w:r w:rsidR="00C36162" w:rsidRPr="006D2DB0">
        <w:rPr>
          <w:rFonts w:ascii="Arial" w:hAnsi="Arial" w:cs="Arial"/>
          <w:sz w:val="28"/>
          <w:szCs w:val="28"/>
        </w:rPr>
        <w:t>Installation Planning Worksheet</w:t>
      </w:r>
    </w:p>
    <w:p w14:paraId="01E392E1" w14:textId="2EFED268" w:rsidR="00C36162" w:rsidRPr="006D2DB0" w:rsidRDefault="00C36162" w:rsidP="00C36162">
      <w:pPr>
        <w:rPr>
          <w:rFonts w:cs="Arial"/>
          <w:sz w:val="22"/>
        </w:rPr>
      </w:pPr>
      <w:r w:rsidRPr="006D2DB0">
        <w:rPr>
          <w:rFonts w:cs="Arial"/>
          <w:sz w:val="22"/>
        </w:rPr>
        <w:t>Every artwork is different, and this worksheet helps us understand the practical requirements for transporting, moving, installing and displaying your artwork at Castaways. The information you provide will assist the City in planning a safe and successful installation and identifying any equipment, support structures or special considerations that may be required.</w:t>
      </w:r>
    </w:p>
    <w:p w14:paraId="3346BA3F" w14:textId="0CB86D05" w:rsidR="00437898" w:rsidRPr="006D2DB0" w:rsidRDefault="00C36162" w:rsidP="00C36162">
      <w:pPr>
        <w:rPr>
          <w:rFonts w:cs="Arial"/>
          <w:sz w:val="22"/>
        </w:rPr>
      </w:pPr>
      <w:r w:rsidRPr="006D2DB0">
        <w:rPr>
          <w:rFonts w:cs="Arial"/>
          <w:sz w:val="22"/>
        </w:rPr>
        <w:t xml:space="preserve">Please complete the </w:t>
      </w:r>
      <w:r w:rsidR="00947C91" w:rsidRPr="006D2DB0">
        <w:rPr>
          <w:rFonts w:cs="Arial"/>
          <w:sz w:val="22"/>
        </w:rPr>
        <w:t xml:space="preserve">relevant </w:t>
      </w:r>
      <w:r w:rsidRPr="006D2DB0">
        <w:rPr>
          <w:rFonts w:cs="Arial"/>
          <w:sz w:val="22"/>
        </w:rPr>
        <w:t xml:space="preserve">sections </w:t>
      </w:r>
      <w:r w:rsidR="00B90A22" w:rsidRPr="006D2DB0">
        <w:rPr>
          <w:rFonts w:cs="Arial"/>
          <w:sz w:val="22"/>
        </w:rPr>
        <w:t>below</w:t>
      </w:r>
      <w:r w:rsidRPr="006D2DB0">
        <w:rPr>
          <w:rFonts w:cs="Arial"/>
          <w:sz w:val="22"/>
        </w:rPr>
        <w:t xml:space="preserve"> and provide as much detail as possible. If you're unsure about any question, answer to the best of your knowledge. We may contact you to discuss any additional information needed to support the installation.</w:t>
      </w:r>
      <w:r w:rsidR="00F20229" w:rsidRPr="006D2DB0">
        <w:rPr>
          <w:rFonts w:cs="Arial"/>
          <w:sz w:val="22"/>
        </w:rPr>
        <w:t xml:space="preserve"> If you have any questions, please contact </w:t>
      </w:r>
      <w:r w:rsidR="00652B62" w:rsidRPr="006D2DB0">
        <w:rPr>
          <w:rFonts w:cs="Arial"/>
          <w:sz w:val="22"/>
        </w:rPr>
        <w:t>Elizabeth Hart</w:t>
      </w:r>
      <w:r w:rsidR="003B136F" w:rsidRPr="006D2DB0">
        <w:rPr>
          <w:rFonts w:cs="Arial"/>
          <w:sz w:val="22"/>
        </w:rPr>
        <w:t>,</w:t>
      </w:r>
      <w:r w:rsidR="00652B62" w:rsidRPr="006D2DB0">
        <w:rPr>
          <w:rFonts w:cs="Arial"/>
          <w:sz w:val="22"/>
        </w:rPr>
        <w:t xml:space="preserve"> Community Development Officer (Art Events and Programs)</w:t>
      </w:r>
      <w:r w:rsidR="00B9360D" w:rsidRPr="006D2DB0">
        <w:rPr>
          <w:rFonts w:cs="Arial"/>
          <w:sz w:val="22"/>
        </w:rPr>
        <w:t xml:space="preserve"> </w:t>
      </w:r>
      <w:r w:rsidR="00017ACB" w:rsidRPr="006D2DB0">
        <w:rPr>
          <w:rFonts w:cs="Arial"/>
          <w:sz w:val="22"/>
        </w:rPr>
        <w:t xml:space="preserve">at </w:t>
      </w:r>
      <w:hyperlink r:id="rId8" w:history="1">
        <w:r w:rsidR="0029720C" w:rsidRPr="006D2DB0">
          <w:rPr>
            <w:rStyle w:val="Hyperlink"/>
            <w:rFonts w:cs="Arial"/>
            <w:sz w:val="22"/>
          </w:rPr>
          <w:t>customer@rockingham.wa.gov.au</w:t>
        </w:r>
      </w:hyperlink>
      <w:r w:rsidR="0029720C" w:rsidRPr="006D2DB0">
        <w:rPr>
          <w:rFonts w:cs="Arial"/>
          <w:sz w:val="22"/>
        </w:rPr>
        <w:t xml:space="preserve"> or 9528 0333</w:t>
      </w:r>
      <w:r w:rsidR="00017ACB" w:rsidRPr="006D2DB0">
        <w:rPr>
          <w:rFonts w:cs="Arial"/>
          <w:sz w:val="22"/>
        </w:rPr>
        <w:t>.</w:t>
      </w:r>
    </w:p>
    <w:p w14:paraId="6719CB0D" w14:textId="15AAC440" w:rsidR="00F201F3" w:rsidRPr="006D2DB0" w:rsidRDefault="00790CB2" w:rsidP="00A005B2">
      <w:pPr>
        <w:pStyle w:val="Heading1"/>
        <w:spacing w:before="240" w:after="0"/>
        <w:rPr>
          <w:rFonts w:ascii="Arial" w:hAnsi="Arial" w:cs="Arial"/>
          <w:szCs w:val="24"/>
        </w:rPr>
      </w:pPr>
      <w:r w:rsidRPr="006D2DB0">
        <w:rPr>
          <w:rFonts w:ascii="Arial" w:hAnsi="Arial" w:cs="Arial"/>
          <w:szCs w:val="24"/>
        </w:rPr>
        <w:t>1. Artist/</w:t>
      </w:r>
      <w:r w:rsidR="00391A05" w:rsidRPr="006D2DB0">
        <w:rPr>
          <w:rFonts w:ascii="Arial" w:hAnsi="Arial" w:cs="Arial"/>
          <w:szCs w:val="24"/>
        </w:rPr>
        <w:t>S</w:t>
      </w:r>
      <w:r w:rsidR="00060F18" w:rsidRPr="006D2DB0">
        <w:rPr>
          <w:rFonts w:ascii="Arial" w:hAnsi="Arial" w:cs="Arial"/>
          <w:szCs w:val="24"/>
        </w:rPr>
        <w:t xml:space="preserve">chool </w:t>
      </w:r>
      <w:r w:rsidR="00391A05" w:rsidRPr="006D2DB0">
        <w:rPr>
          <w:rFonts w:ascii="Arial" w:hAnsi="Arial" w:cs="Arial"/>
          <w:szCs w:val="24"/>
        </w:rPr>
        <w:t>D</w:t>
      </w:r>
      <w:r w:rsidRPr="006D2DB0">
        <w:rPr>
          <w:rFonts w:ascii="Arial" w:hAnsi="Arial" w:cs="Arial"/>
          <w:szCs w:val="24"/>
        </w:rPr>
        <w:t>etails</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225"/>
      </w:tblGrid>
      <w:tr w:rsidR="00F201F3" w:rsidRPr="006D2DB0" w14:paraId="288C894F" w14:textId="77777777" w:rsidTr="00606C58">
        <w:tc>
          <w:tcPr>
            <w:tcW w:w="2547" w:type="dxa"/>
            <w:shd w:val="clear" w:color="auto" w:fill="E7F0F2"/>
            <w:tcMar>
              <w:top w:w="90" w:type="dxa"/>
              <w:left w:w="100" w:type="dxa"/>
              <w:bottom w:w="90" w:type="dxa"/>
              <w:right w:w="100" w:type="dxa"/>
            </w:tcMar>
            <w:vAlign w:val="center"/>
          </w:tcPr>
          <w:p w14:paraId="638F9FDE" w14:textId="7F6B2E81" w:rsidR="00F201F3" w:rsidRPr="006D2DB0" w:rsidRDefault="00790CB2" w:rsidP="00D2357B">
            <w:pPr>
              <w:spacing w:after="0" w:line="240" w:lineRule="auto"/>
              <w:rPr>
                <w:rFonts w:cs="Arial"/>
                <w:sz w:val="22"/>
              </w:rPr>
            </w:pPr>
            <w:r w:rsidRPr="006D2DB0">
              <w:rPr>
                <w:rFonts w:cs="Arial"/>
                <w:b/>
                <w:sz w:val="22"/>
              </w:rPr>
              <w:t>Artist/</w:t>
            </w:r>
            <w:r w:rsidR="00060F18" w:rsidRPr="006D2DB0">
              <w:rPr>
                <w:rFonts w:cs="Arial"/>
                <w:b/>
                <w:sz w:val="22"/>
              </w:rPr>
              <w:t xml:space="preserve">school </w:t>
            </w:r>
            <w:r w:rsidRPr="006D2DB0">
              <w:rPr>
                <w:rFonts w:cs="Arial"/>
                <w:b/>
                <w:sz w:val="22"/>
              </w:rPr>
              <w:t>name</w:t>
            </w:r>
          </w:p>
        </w:tc>
        <w:sdt>
          <w:sdtPr>
            <w:rPr>
              <w:rFonts w:cs="Arial"/>
              <w:sz w:val="22"/>
            </w:rPr>
            <w:id w:val="-247350839"/>
            <w:placeholder>
              <w:docPart w:val="3DD27CF047F14B2F8545E1683B12993F"/>
            </w:placeholder>
            <w:showingPlcHdr/>
          </w:sdtPr>
          <w:sdtEndPr/>
          <w:sdtContent>
            <w:tc>
              <w:tcPr>
                <w:tcW w:w="8225" w:type="dxa"/>
                <w:tcMar>
                  <w:top w:w="90" w:type="dxa"/>
                  <w:left w:w="100" w:type="dxa"/>
                  <w:bottom w:w="90" w:type="dxa"/>
                  <w:right w:w="100" w:type="dxa"/>
                </w:tcMar>
                <w:vAlign w:val="center"/>
              </w:tcPr>
              <w:p w14:paraId="17F4E1F1" w14:textId="74DAB463" w:rsidR="00F201F3" w:rsidRPr="006D2DB0" w:rsidRDefault="003F2548" w:rsidP="00D2357B">
                <w:pPr>
                  <w:spacing w:after="0"/>
                  <w:rPr>
                    <w:rFonts w:cs="Arial"/>
                    <w:sz w:val="22"/>
                  </w:rPr>
                </w:pPr>
                <w:r w:rsidRPr="002B0337">
                  <w:rPr>
                    <w:rStyle w:val="PlaceholderText"/>
                  </w:rPr>
                  <w:t>Click or tap here to enter text.</w:t>
                </w:r>
              </w:p>
            </w:tc>
          </w:sdtContent>
        </w:sdt>
      </w:tr>
      <w:tr w:rsidR="00060F18" w:rsidRPr="006D2DB0" w14:paraId="33E272A8" w14:textId="77777777" w:rsidTr="00606C58">
        <w:tc>
          <w:tcPr>
            <w:tcW w:w="2547" w:type="dxa"/>
            <w:shd w:val="clear" w:color="auto" w:fill="E7F0F2"/>
            <w:tcMar>
              <w:top w:w="90" w:type="dxa"/>
              <w:left w:w="100" w:type="dxa"/>
              <w:bottom w:w="90" w:type="dxa"/>
              <w:right w:w="100" w:type="dxa"/>
            </w:tcMar>
            <w:vAlign w:val="center"/>
          </w:tcPr>
          <w:p w14:paraId="086E27D8" w14:textId="138C4A32" w:rsidR="00060F18" w:rsidRPr="006D2DB0" w:rsidRDefault="00060F18" w:rsidP="00060F18">
            <w:pPr>
              <w:spacing w:after="0" w:line="240" w:lineRule="auto"/>
              <w:rPr>
                <w:rFonts w:cs="Arial"/>
                <w:b/>
                <w:sz w:val="22"/>
              </w:rPr>
            </w:pPr>
            <w:r w:rsidRPr="006D2DB0">
              <w:rPr>
                <w:rFonts w:cs="Arial"/>
                <w:b/>
                <w:sz w:val="22"/>
              </w:rPr>
              <w:t>Phone</w:t>
            </w:r>
          </w:p>
        </w:tc>
        <w:sdt>
          <w:sdtPr>
            <w:rPr>
              <w:rFonts w:cs="Arial"/>
              <w:sz w:val="22"/>
            </w:rPr>
            <w:id w:val="-921181728"/>
            <w:placeholder>
              <w:docPart w:val="36970F30494F4038AD36B26C8F19EC03"/>
            </w:placeholder>
            <w:showingPlcHdr/>
          </w:sdtPr>
          <w:sdtEndPr/>
          <w:sdtContent>
            <w:tc>
              <w:tcPr>
                <w:tcW w:w="8225" w:type="dxa"/>
                <w:tcMar>
                  <w:top w:w="90" w:type="dxa"/>
                  <w:left w:w="100" w:type="dxa"/>
                  <w:bottom w:w="90" w:type="dxa"/>
                  <w:right w:w="100" w:type="dxa"/>
                </w:tcMar>
                <w:vAlign w:val="center"/>
              </w:tcPr>
              <w:p w14:paraId="04FB330F" w14:textId="548C393C" w:rsidR="00060F18" w:rsidRPr="006D2DB0" w:rsidRDefault="003F2548" w:rsidP="00060F18">
                <w:pPr>
                  <w:spacing w:after="0"/>
                  <w:rPr>
                    <w:rFonts w:cs="Arial"/>
                    <w:sz w:val="22"/>
                  </w:rPr>
                </w:pPr>
                <w:r w:rsidRPr="002B0337">
                  <w:rPr>
                    <w:rStyle w:val="PlaceholderText"/>
                  </w:rPr>
                  <w:t>Click or tap here to enter text.</w:t>
                </w:r>
              </w:p>
            </w:tc>
          </w:sdtContent>
        </w:sdt>
      </w:tr>
      <w:tr w:rsidR="00060F18" w:rsidRPr="006D2DB0" w14:paraId="54E7877D" w14:textId="77777777" w:rsidTr="00606C58">
        <w:tc>
          <w:tcPr>
            <w:tcW w:w="2547" w:type="dxa"/>
            <w:shd w:val="clear" w:color="auto" w:fill="E7F0F2"/>
            <w:tcMar>
              <w:top w:w="90" w:type="dxa"/>
              <w:left w:w="100" w:type="dxa"/>
              <w:bottom w:w="90" w:type="dxa"/>
              <w:right w:w="100" w:type="dxa"/>
            </w:tcMar>
            <w:vAlign w:val="center"/>
          </w:tcPr>
          <w:p w14:paraId="23476190" w14:textId="06EBB4A4" w:rsidR="00060F18" w:rsidRPr="006D2DB0" w:rsidRDefault="00060F18" w:rsidP="00060F18">
            <w:pPr>
              <w:spacing w:after="0" w:line="240" w:lineRule="auto"/>
              <w:rPr>
                <w:rFonts w:cs="Arial"/>
                <w:b/>
                <w:sz w:val="22"/>
              </w:rPr>
            </w:pPr>
            <w:r w:rsidRPr="006D2DB0">
              <w:rPr>
                <w:rFonts w:cs="Arial"/>
                <w:b/>
                <w:sz w:val="22"/>
              </w:rPr>
              <w:t>Email</w:t>
            </w:r>
          </w:p>
        </w:tc>
        <w:sdt>
          <w:sdtPr>
            <w:rPr>
              <w:rFonts w:cs="Arial"/>
              <w:sz w:val="22"/>
            </w:rPr>
            <w:id w:val="250096108"/>
            <w:placeholder>
              <w:docPart w:val="496E8058C842492497944F44456F0E67"/>
            </w:placeholder>
            <w:showingPlcHdr/>
          </w:sdtPr>
          <w:sdtEndPr/>
          <w:sdtContent>
            <w:tc>
              <w:tcPr>
                <w:tcW w:w="8225" w:type="dxa"/>
                <w:tcMar>
                  <w:top w:w="90" w:type="dxa"/>
                  <w:left w:w="100" w:type="dxa"/>
                  <w:bottom w:w="90" w:type="dxa"/>
                  <w:right w:w="100" w:type="dxa"/>
                </w:tcMar>
                <w:vAlign w:val="center"/>
              </w:tcPr>
              <w:p w14:paraId="04769966" w14:textId="4F767A35" w:rsidR="00060F18" w:rsidRPr="006D2DB0" w:rsidRDefault="003F2548" w:rsidP="00060F18">
                <w:pPr>
                  <w:spacing w:after="0"/>
                  <w:rPr>
                    <w:rFonts w:cs="Arial"/>
                    <w:sz w:val="22"/>
                  </w:rPr>
                </w:pPr>
                <w:r w:rsidRPr="002B0337">
                  <w:rPr>
                    <w:rStyle w:val="PlaceholderText"/>
                  </w:rPr>
                  <w:t>Click or tap here to enter text.</w:t>
                </w:r>
              </w:p>
            </w:tc>
          </w:sdtContent>
        </w:sdt>
      </w:tr>
    </w:tbl>
    <w:p w14:paraId="6084F8E2" w14:textId="3E1DE435" w:rsidR="00F201F3" w:rsidRPr="006D2DB0" w:rsidRDefault="00790CB2" w:rsidP="00371632">
      <w:pPr>
        <w:pStyle w:val="Heading1"/>
        <w:spacing w:before="360" w:after="0"/>
        <w:rPr>
          <w:rFonts w:ascii="Arial" w:hAnsi="Arial" w:cs="Arial"/>
          <w:szCs w:val="24"/>
        </w:rPr>
      </w:pPr>
      <w:r w:rsidRPr="006D2DB0">
        <w:rPr>
          <w:rFonts w:ascii="Arial" w:hAnsi="Arial" w:cs="Arial"/>
          <w:szCs w:val="24"/>
        </w:rPr>
        <w:t xml:space="preserve">2. Artwork </w:t>
      </w:r>
      <w:r w:rsidR="00391A05" w:rsidRPr="006D2DB0">
        <w:rPr>
          <w:rFonts w:ascii="Arial" w:hAnsi="Arial" w:cs="Arial"/>
          <w:szCs w:val="24"/>
        </w:rPr>
        <w:t>D</w:t>
      </w:r>
      <w:r w:rsidRPr="006D2DB0">
        <w:rPr>
          <w:rFonts w:ascii="Arial" w:hAnsi="Arial" w:cs="Arial"/>
          <w:szCs w:val="24"/>
        </w:rPr>
        <w:t>etails</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225"/>
      </w:tblGrid>
      <w:tr w:rsidR="00F201F3" w:rsidRPr="006D2DB0" w14:paraId="4384D7B1" w14:textId="77777777" w:rsidTr="003F4FDA">
        <w:trPr>
          <w:trHeight w:val="221"/>
        </w:trPr>
        <w:tc>
          <w:tcPr>
            <w:tcW w:w="2547" w:type="dxa"/>
            <w:shd w:val="clear" w:color="auto" w:fill="E7F0F2"/>
            <w:tcMar>
              <w:top w:w="90" w:type="dxa"/>
              <w:left w:w="100" w:type="dxa"/>
              <w:bottom w:w="90" w:type="dxa"/>
              <w:right w:w="100" w:type="dxa"/>
            </w:tcMar>
            <w:vAlign w:val="center"/>
          </w:tcPr>
          <w:p w14:paraId="684CD196" w14:textId="77777777" w:rsidR="00F201F3" w:rsidRPr="006D2DB0" w:rsidRDefault="00790CB2" w:rsidP="00D2357B">
            <w:pPr>
              <w:spacing w:after="0" w:line="240" w:lineRule="auto"/>
              <w:rPr>
                <w:rFonts w:cs="Arial"/>
                <w:sz w:val="22"/>
              </w:rPr>
            </w:pPr>
            <w:r w:rsidRPr="006D2DB0">
              <w:rPr>
                <w:rFonts w:cs="Arial"/>
                <w:b/>
                <w:sz w:val="22"/>
              </w:rPr>
              <w:t>Artwork title</w:t>
            </w:r>
          </w:p>
        </w:tc>
        <w:sdt>
          <w:sdtPr>
            <w:rPr>
              <w:rFonts w:cs="Arial"/>
              <w:sz w:val="22"/>
            </w:rPr>
            <w:id w:val="-1029648319"/>
            <w:placeholder>
              <w:docPart w:val="20790D30F0314E4EA738ED5882FD3E41"/>
            </w:placeholder>
            <w:showingPlcHdr/>
          </w:sdtPr>
          <w:sdtEndPr/>
          <w:sdtContent>
            <w:tc>
              <w:tcPr>
                <w:tcW w:w="8225" w:type="dxa"/>
                <w:tcMar>
                  <w:top w:w="90" w:type="dxa"/>
                  <w:left w:w="100" w:type="dxa"/>
                  <w:bottom w:w="90" w:type="dxa"/>
                  <w:right w:w="100" w:type="dxa"/>
                </w:tcMar>
                <w:vAlign w:val="center"/>
              </w:tcPr>
              <w:p w14:paraId="66115F60" w14:textId="60D78FCA" w:rsidR="00F201F3" w:rsidRPr="006D2DB0" w:rsidRDefault="003F2548" w:rsidP="00D2357B">
                <w:pPr>
                  <w:spacing w:after="0"/>
                  <w:rPr>
                    <w:rFonts w:cs="Arial"/>
                    <w:sz w:val="22"/>
                  </w:rPr>
                </w:pPr>
                <w:r w:rsidRPr="002B0337">
                  <w:rPr>
                    <w:rStyle w:val="PlaceholderText"/>
                  </w:rPr>
                  <w:t>Click or tap here to enter text.</w:t>
                </w:r>
              </w:p>
            </w:tc>
          </w:sdtContent>
        </w:sdt>
      </w:tr>
      <w:tr w:rsidR="00F201F3" w:rsidRPr="006D2DB0" w14:paraId="14C53310" w14:textId="77777777" w:rsidTr="003F4FDA">
        <w:trPr>
          <w:trHeight w:val="220"/>
        </w:trPr>
        <w:tc>
          <w:tcPr>
            <w:tcW w:w="2547" w:type="dxa"/>
            <w:shd w:val="clear" w:color="auto" w:fill="E7F0F2"/>
            <w:tcMar>
              <w:top w:w="90" w:type="dxa"/>
              <w:left w:w="100" w:type="dxa"/>
              <w:bottom w:w="90" w:type="dxa"/>
              <w:right w:w="100" w:type="dxa"/>
            </w:tcMar>
            <w:vAlign w:val="center"/>
          </w:tcPr>
          <w:p w14:paraId="5A5377C4" w14:textId="77777777" w:rsidR="00F201F3" w:rsidRPr="006D2DB0" w:rsidRDefault="00790CB2" w:rsidP="00D2357B">
            <w:pPr>
              <w:spacing w:after="0" w:line="240" w:lineRule="auto"/>
              <w:rPr>
                <w:rFonts w:cs="Arial"/>
                <w:sz w:val="22"/>
              </w:rPr>
            </w:pPr>
            <w:r w:rsidRPr="006D2DB0">
              <w:rPr>
                <w:rFonts w:cs="Arial"/>
                <w:b/>
                <w:sz w:val="22"/>
              </w:rPr>
              <w:t>Height</w:t>
            </w:r>
          </w:p>
        </w:tc>
        <w:tc>
          <w:tcPr>
            <w:tcW w:w="8225" w:type="dxa"/>
            <w:tcMar>
              <w:top w:w="90" w:type="dxa"/>
              <w:left w:w="100" w:type="dxa"/>
              <w:bottom w:w="90" w:type="dxa"/>
              <w:right w:w="100" w:type="dxa"/>
            </w:tcMar>
            <w:vAlign w:val="center"/>
          </w:tcPr>
          <w:p w14:paraId="4F268B92" w14:textId="27F8F899" w:rsidR="00F201F3" w:rsidRPr="006D2DB0" w:rsidRDefault="00DB5C11" w:rsidP="00D2357B">
            <w:pPr>
              <w:spacing w:after="0"/>
              <w:rPr>
                <w:rFonts w:cs="Arial"/>
                <w:sz w:val="22"/>
              </w:rPr>
            </w:pPr>
            <w:sdt>
              <w:sdtPr>
                <w:rPr>
                  <w:rFonts w:cs="Arial"/>
                  <w:sz w:val="22"/>
                </w:rPr>
                <w:id w:val="537780417"/>
                <w:placeholder>
                  <w:docPart w:val="ED3E08F061F84C2289A6BAC0A4CAA5C1"/>
                </w:placeholder>
                <w:showingPlcHdr/>
              </w:sdtPr>
              <w:sdtEndPr/>
              <w:sdtContent>
                <w:r w:rsidR="003F2548" w:rsidRPr="002B0337">
                  <w:rPr>
                    <w:rStyle w:val="PlaceholderText"/>
                  </w:rPr>
                  <w:t>Click or tap here to enter text.</w:t>
                </w:r>
              </w:sdtContent>
            </w:sdt>
            <w:r w:rsidR="00EC22D7" w:rsidRPr="006D2DB0">
              <w:rPr>
                <w:rFonts w:cs="Arial"/>
                <w:sz w:val="22"/>
              </w:rPr>
              <w:t xml:space="preserve"> </w:t>
            </w:r>
            <w:r w:rsidR="00876E88" w:rsidRPr="006D2DB0">
              <w:rPr>
                <w:rFonts w:cs="Arial"/>
                <w:sz w:val="22"/>
              </w:rPr>
              <w:t>c</w:t>
            </w:r>
            <w:r w:rsidR="00790CB2" w:rsidRPr="006D2DB0">
              <w:rPr>
                <w:rFonts w:cs="Arial"/>
                <w:sz w:val="22"/>
              </w:rPr>
              <w:t xml:space="preserve">m </w:t>
            </w:r>
          </w:p>
        </w:tc>
      </w:tr>
      <w:tr w:rsidR="00F201F3" w:rsidRPr="006D2DB0" w14:paraId="6791A2B1" w14:textId="77777777" w:rsidTr="003F4FDA">
        <w:trPr>
          <w:trHeight w:val="226"/>
        </w:trPr>
        <w:tc>
          <w:tcPr>
            <w:tcW w:w="2547" w:type="dxa"/>
            <w:shd w:val="clear" w:color="auto" w:fill="E7F0F2"/>
            <w:tcMar>
              <w:top w:w="90" w:type="dxa"/>
              <w:left w:w="100" w:type="dxa"/>
              <w:bottom w:w="90" w:type="dxa"/>
              <w:right w:w="100" w:type="dxa"/>
            </w:tcMar>
            <w:vAlign w:val="center"/>
          </w:tcPr>
          <w:p w14:paraId="6C44AA2D" w14:textId="77777777" w:rsidR="00F201F3" w:rsidRPr="006D2DB0" w:rsidRDefault="00790CB2" w:rsidP="00D2357B">
            <w:pPr>
              <w:spacing w:after="0" w:line="240" w:lineRule="auto"/>
              <w:rPr>
                <w:rFonts w:cs="Arial"/>
                <w:sz w:val="22"/>
              </w:rPr>
            </w:pPr>
            <w:r w:rsidRPr="006D2DB0">
              <w:rPr>
                <w:rFonts w:cs="Arial"/>
                <w:b/>
                <w:sz w:val="22"/>
              </w:rPr>
              <w:t>Width</w:t>
            </w:r>
          </w:p>
        </w:tc>
        <w:tc>
          <w:tcPr>
            <w:tcW w:w="8225" w:type="dxa"/>
            <w:tcMar>
              <w:top w:w="90" w:type="dxa"/>
              <w:left w:w="100" w:type="dxa"/>
              <w:bottom w:w="90" w:type="dxa"/>
              <w:right w:w="100" w:type="dxa"/>
            </w:tcMar>
            <w:vAlign w:val="center"/>
          </w:tcPr>
          <w:p w14:paraId="2141777C" w14:textId="13621F66" w:rsidR="00F201F3" w:rsidRPr="006D2DB0" w:rsidRDefault="00DB5C11" w:rsidP="00D2357B">
            <w:pPr>
              <w:spacing w:after="0"/>
              <w:rPr>
                <w:rFonts w:cs="Arial"/>
                <w:sz w:val="22"/>
              </w:rPr>
            </w:pPr>
            <w:sdt>
              <w:sdtPr>
                <w:rPr>
                  <w:rFonts w:cs="Arial"/>
                  <w:sz w:val="22"/>
                </w:rPr>
                <w:id w:val="-1491483137"/>
                <w:placeholder>
                  <w:docPart w:val="CD3B05F0B8494393B2C1850C7EBFD268"/>
                </w:placeholder>
                <w:showingPlcHdr/>
              </w:sdtPr>
              <w:sdtEndPr/>
              <w:sdtContent>
                <w:r w:rsidR="003F2548" w:rsidRPr="002B0337">
                  <w:rPr>
                    <w:rStyle w:val="PlaceholderText"/>
                  </w:rPr>
                  <w:t>Click or tap here to enter text.</w:t>
                </w:r>
              </w:sdtContent>
            </w:sdt>
            <w:r w:rsidR="003F2548" w:rsidRPr="006D2DB0">
              <w:rPr>
                <w:rFonts w:cs="Arial"/>
                <w:sz w:val="22"/>
              </w:rPr>
              <w:t xml:space="preserve"> cm</w:t>
            </w:r>
          </w:p>
        </w:tc>
      </w:tr>
      <w:tr w:rsidR="00F201F3" w:rsidRPr="006D2DB0" w14:paraId="1639D192" w14:textId="77777777" w:rsidTr="003F4FDA">
        <w:trPr>
          <w:trHeight w:val="232"/>
        </w:trPr>
        <w:tc>
          <w:tcPr>
            <w:tcW w:w="2547" w:type="dxa"/>
            <w:shd w:val="clear" w:color="auto" w:fill="E7F0F2"/>
            <w:tcMar>
              <w:top w:w="90" w:type="dxa"/>
              <w:left w:w="100" w:type="dxa"/>
              <w:bottom w:w="90" w:type="dxa"/>
              <w:right w:w="100" w:type="dxa"/>
            </w:tcMar>
            <w:vAlign w:val="center"/>
          </w:tcPr>
          <w:p w14:paraId="591B478D" w14:textId="77777777" w:rsidR="00F201F3" w:rsidRPr="006D2DB0" w:rsidRDefault="00790CB2" w:rsidP="00D2357B">
            <w:pPr>
              <w:spacing w:after="0" w:line="240" w:lineRule="auto"/>
              <w:rPr>
                <w:rFonts w:cs="Arial"/>
                <w:sz w:val="22"/>
              </w:rPr>
            </w:pPr>
            <w:r w:rsidRPr="006D2DB0">
              <w:rPr>
                <w:rFonts w:cs="Arial"/>
                <w:b/>
                <w:sz w:val="22"/>
              </w:rPr>
              <w:t>Depth</w:t>
            </w:r>
          </w:p>
        </w:tc>
        <w:tc>
          <w:tcPr>
            <w:tcW w:w="8225" w:type="dxa"/>
            <w:tcMar>
              <w:top w:w="90" w:type="dxa"/>
              <w:left w:w="100" w:type="dxa"/>
              <w:bottom w:w="90" w:type="dxa"/>
              <w:right w:w="100" w:type="dxa"/>
            </w:tcMar>
            <w:vAlign w:val="center"/>
          </w:tcPr>
          <w:p w14:paraId="0694D19B" w14:textId="626EAA3E" w:rsidR="00F201F3" w:rsidRPr="006D2DB0" w:rsidRDefault="00DB5C11" w:rsidP="00D2357B">
            <w:pPr>
              <w:spacing w:after="0"/>
              <w:rPr>
                <w:rFonts w:cs="Arial"/>
                <w:sz w:val="22"/>
              </w:rPr>
            </w:pPr>
            <w:sdt>
              <w:sdtPr>
                <w:rPr>
                  <w:rFonts w:cs="Arial"/>
                  <w:sz w:val="22"/>
                </w:rPr>
                <w:id w:val="-2107799399"/>
                <w:placeholder>
                  <w:docPart w:val="3FFC05D8FD934283B649A5DB08988513"/>
                </w:placeholder>
                <w:showingPlcHdr/>
              </w:sdtPr>
              <w:sdtEndPr/>
              <w:sdtContent>
                <w:r w:rsidR="003F2548" w:rsidRPr="002B0337">
                  <w:rPr>
                    <w:rStyle w:val="PlaceholderText"/>
                  </w:rPr>
                  <w:t>Click or tap here to enter text.</w:t>
                </w:r>
              </w:sdtContent>
            </w:sdt>
            <w:r w:rsidR="003F2548" w:rsidRPr="006D2DB0">
              <w:rPr>
                <w:rFonts w:cs="Arial"/>
                <w:sz w:val="22"/>
              </w:rPr>
              <w:t xml:space="preserve"> cm</w:t>
            </w:r>
          </w:p>
        </w:tc>
      </w:tr>
      <w:tr w:rsidR="00F201F3" w:rsidRPr="006D2DB0" w14:paraId="223C0096" w14:textId="77777777" w:rsidTr="003F4FDA">
        <w:trPr>
          <w:trHeight w:val="238"/>
        </w:trPr>
        <w:tc>
          <w:tcPr>
            <w:tcW w:w="2547" w:type="dxa"/>
            <w:shd w:val="clear" w:color="auto" w:fill="E7F0F2"/>
            <w:tcMar>
              <w:top w:w="90" w:type="dxa"/>
              <w:left w:w="100" w:type="dxa"/>
              <w:bottom w:w="90" w:type="dxa"/>
              <w:right w:w="100" w:type="dxa"/>
            </w:tcMar>
            <w:vAlign w:val="center"/>
          </w:tcPr>
          <w:p w14:paraId="43299299" w14:textId="77777777" w:rsidR="00F201F3" w:rsidRPr="006D2DB0" w:rsidRDefault="00790CB2" w:rsidP="00D2357B">
            <w:pPr>
              <w:spacing w:after="0" w:line="240" w:lineRule="auto"/>
              <w:rPr>
                <w:rFonts w:cs="Arial"/>
                <w:sz w:val="22"/>
              </w:rPr>
            </w:pPr>
            <w:r w:rsidRPr="006D2DB0">
              <w:rPr>
                <w:rFonts w:cs="Arial"/>
                <w:b/>
                <w:sz w:val="22"/>
              </w:rPr>
              <w:t>Total weight</w:t>
            </w:r>
          </w:p>
        </w:tc>
        <w:tc>
          <w:tcPr>
            <w:tcW w:w="8225" w:type="dxa"/>
            <w:tcMar>
              <w:top w:w="90" w:type="dxa"/>
              <w:left w:w="100" w:type="dxa"/>
              <w:bottom w:w="90" w:type="dxa"/>
              <w:right w:w="100" w:type="dxa"/>
            </w:tcMar>
            <w:vAlign w:val="center"/>
          </w:tcPr>
          <w:p w14:paraId="2CE9D924" w14:textId="2F9976BF" w:rsidR="00F201F3" w:rsidRPr="006D2DB0" w:rsidRDefault="00DB5C11" w:rsidP="00D2357B">
            <w:pPr>
              <w:spacing w:after="0"/>
              <w:rPr>
                <w:rFonts w:cs="Arial"/>
                <w:sz w:val="22"/>
              </w:rPr>
            </w:pPr>
            <w:sdt>
              <w:sdtPr>
                <w:rPr>
                  <w:rFonts w:cs="Arial"/>
                  <w:sz w:val="22"/>
                </w:rPr>
                <w:id w:val="1723485804"/>
                <w:placeholder>
                  <w:docPart w:val="6BF458123A92496FB32B624BF460B214"/>
                </w:placeholder>
                <w:showingPlcHdr/>
              </w:sdtPr>
              <w:sdtEndPr/>
              <w:sdtContent>
                <w:r w:rsidR="003F2548" w:rsidRPr="002B0337">
                  <w:rPr>
                    <w:rStyle w:val="PlaceholderText"/>
                  </w:rPr>
                  <w:t>Click or tap here to enter text.</w:t>
                </w:r>
              </w:sdtContent>
            </w:sdt>
            <w:r w:rsidR="003F2548" w:rsidRPr="006D2DB0">
              <w:rPr>
                <w:rFonts w:cs="Arial"/>
                <w:sz w:val="22"/>
              </w:rPr>
              <w:t xml:space="preserve"> </w:t>
            </w:r>
            <w:r w:rsidR="003F2548">
              <w:rPr>
                <w:rFonts w:cs="Arial"/>
                <w:sz w:val="22"/>
              </w:rPr>
              <w:t>kg</w:t>
            </w:r>
          </w:p>
        </w:tc>
      </w:tr>
      <w:tr w:rsidR="00F201F3" w:rsidRPr="006D2DB0" w14:paraId="0CB162F4" w14:textId="77777777" w:rsidTr="003F4FDA">
        <w:trPr>
          <w:trHeight w:val="399"/>
        </w:trPr>
        <w:tc>
          <w:tcPr>
            <w:tcW w:w="2547" w:type="dxa"/>
            <w:shd w:val="clear" w:color="auto" w:fill="E7F0F2"/>
            <w:tcMar>
              <w:top w:w="90" w:type="dxa"/>
              <w:left w:w="100" w:type="dxa"/>
              <w:bottom w:w="90" w:type="dxa"/>
              <w:right w:w="100" w:type="dxa"/>
            </w:tcMar>
            <w:vAlign w:val="center"/>
          </w:tcPr>
          <w:p w14:paraId="6DF34A4D" w14:textId="77777777" w:rsidR="00542FC3" w:rsidRDefault="00790CB2" w:rsidP="00D2357B">
            <w:pPr>
              <w:spacing w:after="0" w:line="240" w:lineRule="auto"/>
              <w:rPr>
                <w:rFonts w:cs="Arial"/>
                <w:b/>
                <w:sz w:val="22"/>
              </w:rPr>
            </w:pPr>
            <w:r w:rsidRPr="006D2DB0">
              <w:rPr>
                <w:rFonts w:cs="Arial"/>
                <w:b/>
                <w:sz w:val="22"/>
              </w:rPr>
              <w:t>Main materials/</w:t>
            </w:r>
          </w:p>
          <w:p w14:paraId="72EF5168" w14:textId="53653D73" w:rsidR="00F201F3" w:rsidRPr="006D2DB0" w:rsidRDefault="00790CB2" w:rsidP="00D2357B">
            <w:pPr>
              <w:spacing w:after="0" w:line="240" w:lineRule="auto"/>
              <w:rPr>
                <w:rFonts w:cs="Arial"/>
                <w:sz w:val="22"/>
              </w:rPr>
            </w:pPr>
            <w:r w:rsidRPr="006D2DB0">
              <w:rPr>
                <w:rFonts w:cs="Arial"/>
                <w:b/>
                <w:sz w:val="22"/>
              </w:rPr>
              <w:t>construction</w:t>
            </w:r>
          </w:p>
        </w:tc>
        <w:sdt>
          <w:sdtPr>
            <w:rPr>
              <w:rFonts w:cs="Arial"/>
              <w:sz w:val="22"/>
            </w:rPr>
            <w:id w:val="-361428547"/>
            <w:placeholder>
              <w:docPart w:val="2BB8DC12FF1C430C8753E510B418E019"/>
            </w:placeholder>
            <w:showingPlcHdr/>
          </w:sdtPr>
          <w:sdtEndPr/>
          <w:sdtContent>
            <w:tc>
              <w:tcPr>
                <w:tcW w:w="8225" w:type="dxa"/>
                <w:tcMar>
                  <w:top w:w="90" w:type="dxa"/>
                  <w:left w:w="100" w:type="dxa"/>
                  <w:bottom w:w="90" w:type="dxa"/>
                  <w:right w:w="100" w:type="dxa"/>
                </w:tcMar>
                <w:vAlign w:val="center"/>
              </w:tcPr>
              <w:p w14:paraId="6212F798" w14:textId="73F2DB9A" w:rsidR="00F201F3" w:rsidRPr="006D2DB0" w:rsidRDefault="003F2548" w:rsidP="00D2357B">
                <w:pPr>
                  <w:spacing w:after="0"/>
                  <w:rPr>
                    <w:rFonts w:cs="Arial"/>
                    <w:sz w:val="22"/>
                  </w:rPr>
                </w:pPr>
                <w:r w:rsidRPr="002B0337">
                  <w:rPr>
                    <w:rStyle w:val="PlaceholderText"/>
                  </w:rPr>
                  <w:t>Click or tap here to enter text.</w:t>
                </w:r>
              </w:p>
            </w:tc>
          </w:sdtContent>
        </w:sdt>
      </w:tr>
    </w:tbl>
    <w:p w14:paraId="598BF597" w14:textId="363FCF3C" w:rsidR="00F201F3" w:rsidRPr="006D2DB0" w:rsidRDefault="00790CB2" w:rsidP="00371632">
      <w:pPr>
        <w:pStyle w:val="Heading1"/>
        <w:spacing w:before="360" w:after="0"/>
        <w:rPr>
          <w:rFonts w:ascii="Arial" w:hAnsi="Arial" w:cs="Arial"/>
          <w:szCs w:val="24"/>
        </w:rPr>
      </w:pPr>
      <w:r w:rsidRPr="006D2DB0">
        <w:rPr>
          <w:rFonts w:ascii="Arial" w:hAnsi="Arial" w:cs="Arial"/>
          <w:szCs w:val="24"/>
        </w:rPr>
        <w:t xml:space="preserve">3. Structural </w:t>
      </w:r>
      <w:r w:rsidR="00391A05" w:rsidRPr="006D2DB0">
        <w:rPr>
          <w:rFonts w:ascii="Arial" w:hAnsi="Arial" w:cs="Arial"/>
          <w:szCs w:val="24"/>
        </w:rPr>
        <w:t>C</w:t>
      </w:r>
      <w:r w:rsidRPr="006D2DB0">
        <w:rPr>
          <w:rFonts w:ascii="Arial" w:hAnsi="Arial" w:cs="Arial"/>
          <w:szCs w:val="24"/>
        </w:rPr>
        <w:t xml:space="preserve">ertification and </w:t>
      </w:r>
      <w:r w:rsidR="00391A05" w:rsidRPr="006D2DB0">
        <w:rPr>
          <w:rFonts w:ascii="Arial" w:hAnsi="Arial" w:cs="Arial"/>
          <w:szCs w:val="24"/>
        </w:rPr>
        <w:t>S</w:t>
      </w:r>
      <w:r w:rsidRPr="006D2DB0">
        <w:rPr>
          <w:rFonts w:ascii="Arial" w:hAnsi="Arial" w:cs="Arial"/>
          <w:szCs w:val="24"/>
        </w:rPr>
        <w:t>tability</w:t>
      </w:r>
    </w:p>
    <w:p w14:paraId="42835288" w14:textId="30609BB5" w:rsidR="00E9301A" w:rsidRPr="006D2DB0" w:rsidRDefault="00E9301A" w:rsidP="00E9301A">
      <w:pPr>
        <w:rPr>
          <w:rFonts w:cs="Arial"/>
          <w:sz w:val="22"/>
          <w:lang w:val="en-AU"/>
        </w:rPr>
      </w:pPr>
      <w:r w:rsidRPr="006D2DB0">
        <w:rPr>
          <w:rFonts w:cs="Arial"/>
          <w:sz w:val="22"/>
          <w:lang w:val="en-AU"/>
        </w:rPr>
        <w:t xml:space="preserve">This section is intended to confirm that the artwork will be installed as </w:t>
      </w:r>
      <w:r w:rsidR="006B7D30" w:rsidRPr="006D2DB0">
        <w:rPr>
          <w:rFonts w:cs="Arial"/>
          <w:sz w:val="22"/>
          <w:lang w:val="en-AU"/>
        </w:rPr>
        <w:t>certified</w:t>
      </w:r>
      <w:r w:rsidRPr="006D2DB0">
        <w:rPr>
          <w:rFonts w:cs="Arial"/>
          <w:sz w:val="22"/>
          <w:lang w:val="en-AU"/>
        </w:rPr>
        <w:t xml:space="preserve"> and to identify any information relevant to installation.</w:t>
      </w:r>
      <w:r w:rsidR="006B7D30" w:rsidRPr="006D2DB0">
        <w:rPr>
          <w:rFonts w:cs="Arial"/>
          <w:sz w:val="22"/>
          <w:lang w:val="en-AU"/>
        </w:rPr>
        <w:t xml:space="preserve"> Please note: Changes to the artwork or its installation method may require review and recertification, at the Artist’s cost, before installation can proceed.</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6241"/>
      </w:tblGrid>
      <w:tr w:rsidR="00276944" w:rsidRPr="006D2DB0" w14:paraId="431B3E49" w14:textId="77777777" w:rsidTr="000B5C26">
        <w:trPr>
          <w:trHeight w:val="145"/>
        </w:trPr>
        <w:tc>
          <w:tcPr>
            <w:tcW w:w="4531" w:type="dxa"/>
            <w:vMerge w:val="restart"/>
            <w:shd w:val="clear" w:color="auto" w:fill="E7F0F2"/>
            <w:tcMar>
              <w:top w:w="90" w:type="dxa"/>
              <w:left w:w="100" w:type="dxa"/>
              <w:bottom w:w="90" w:type="dxa"/>
              <w:right w:w="100" w:type="dxa"/>
            </w:tcMar>
            <w:vAlign w:val="center"/>
          </w:tcPr>
          <w:p w14:paraId="6959928C" w14:textId="7C535904" w:rsidR="00276944" w:rsidRPr="006D2DB0" w:rsidRDefault="00276944" w:rsidP="00785D36">
            <w:pPr>
              <w:spacing w:after="20" w:line="240" w:lineRule="auto"/>
              <w:rPr>
                <w:rFonts w:cs="Arial"/>
                <w:b/>
                <w:sz w:val="22"/>
                <w:lang w:val="en-AU"/>
              </w:rPr>
            </w:pPr>
            <w:r w:rsidRPr="006D2DB0">
              <w:rPr>
                <w:rFonts w:cs="Arial"/>
                <w:b/>
                <w:sz w:val="22"/>
                <w:lang w:val="en-AU"/>
              </w:rPr>
              <w:t xml:space="preserve">Will the artwork be installed in accordance with the </w:t>
            </w:r>
            <w:r w:rsidR="006B7D30" w:rsidRPr="006D2DB0">
              <w:rPr>
                <w:rFonts w:cs="Arial"/>
                <w:b/>
                <w:sz w:val="22"/>
                <w:lang w:val="en-AU"/>
              </w:rPr>
              <w:t>certifi</w:t>
            </w:r>
            <w:r w:rsidR="000B5C26" w:rsidRPr="006D2DB0">
              <w:rPr>
                <w:rFonts w:cs="Arial"/>
                <w:b/>
                <w:sz w:val="22"/>
                <w:lang w:val="en-AU"/>
              </w:rPr>
              <w:t>ed design</w:t>
            </w:r>
            <w:r w:rsidRPr="006D2DB0">
              <w:rPr>
                <w:rFonts w:cs="Arial"/>
                <w:b/>
                <w:sz w:val="22"/>
                <w:lang w:val="en-AU"/>
              </w:rPr>
              <w:t>?</w:t>
            </w:r>
          </w:p>
        </w:tc>
        <w:tc>
          <w:tcPr>
            <w:tcW w:w="6241" w:type="dxa"/>
            <w:tcMar>
              <w:top w:w="90" w:type="dxa"/>
              <w:left w:w="100" w:type="dxa"/>
              <w:bottom w:w="90" w:type="dxa"/>
              <w:right w:w="100" w:type="dxa"/>
            </w:tcMar>
            <w:vAlign w:val="center"/>
          </w:tcPr>
          <w:p w14:paraId="2C57E5E5" w14:textId="4AF3E5AA" w:rsidR="00276944" w:rsidRPr="006D2DB0" w:rsidRDefault="00DB5C11">
            <w:pPr>
              <w:spacing w:after="20"/>
              <w:rPr>
                <w:rFonts w:cs="Arial"/>
                <w:sz w:val="22"/>
              </w:rPr>
            </w:pPr>
            <w:sdt>
              <w:sdtPr>
                <w:rPr>
                  <w:rFonts w:cs="Arial"/>
                  <w:sz w:val="22"/>
                </w:rPr>
                <w:id w:val="1725560306"/>
                <w14:checkbox>
                  <w14:checked w14:val="0"/>
                  <w14:checkedState w14:val="2612" w14:font="MS Gothic"/>
                  <w14:uncheckedState w14:val="2610" w14:font="MS Gothic"/>
                </w14:checkbox>
              </w:sdtPr>
              <w:sdtEndPr/>
              <w:sdtContent>
                <w:r w:rsidR="003F2548">
                  <w:rPr>
                    <w:rFonts w:ascii="MS Gothic" w:eastAsia="MS Gothic" w:hAnsi="MS Gothic" w:cs="Arial" w:hint="eastAsia"/>
                    <w:sz w:val="22"/>
                  </w:rPr>
                  <w:t>☐</w:t>
                </w:r>
              </w:sdtContent>
            </w:sdt>
            <w:r w:rsidR="00276944" w:rsidRPr="006D2DB0">
              <w:rPr>
                <w:rFonts w:cs="Arial"/>
                <w:sz w:val="22"/>
              </w:rPr>
              <w:t xml:space="preserve"> Yes    </w:t>
            </w:r>
            <w:sdt>
              <w:sdtPr>
                <w:rPr>
                  <w:rFonts w:cs="Arial"/>
                  <w:sz w:val="22"/>
                </w:rPr>
                <w:id w:val="-1337226897"/>
                <w14:checkbox>
                  <w14:checked w14:val="0"/>
                  <w14:checkedState w14:val="2612" w14:font="MS Gothic"/>
                  <w14:uncheckedState w14:val="2610" w14:font="MS Gothic"/>
                </w14:checkbox>
              </w:sdtPr>
              <w:sdtEndPr/>
              <w:sdtContent>
                <w:r w:rsidR="00276944" w:rsidRPr="006D2DB0">
                  <w:rPr>
                    <w:rFonts w:ascii="Segoe UI Symbol" w:eastAsia="MS Gothic" w:hAnsi="Segoe UI Symbol" w:cs="Segoe UI Symbol"/>
                    <w:sz w:val="22"/>
                  </w:rPr>
                  <w:t>☐</w:t>
                </w:r>
              </w:sdtContent>
            </w:sdt>
            <w:r w:rsidR="00276944" w:rsidRPr="006D2DB0">
              <w:rPr>
                <w:rFonts w:cs="Arial"/>
                <w:sz w:val="22"/>
              </w:rPr>
              <w:t xml:space="preserve"> No </w:t>
            </w:r>
            <w:r w:rsidR="006B7D30" w:rsidRPr="006D2DB0">
              <w:rPr>
                <w:rFonts w:cs="Arial"/>
                <w:sz w:val="22"/>
              </w:rPr>
              <w:t>(please provide details below)</w:t>
            </w:r>
          </w:p>
        </w:tc>
      </w:tr>
      <w:tr w:rsidR="00276944" w:rsidRPr="006D2DB0" w14:paraId="33C2BF3A" w14:textId="77777777" w:rsidTr="00276944">
        <w:trPr>
          <w:trHeight w:val="386"/>
        </w:trPr>
        <w:tc>
          <w:tcPr>
            <w:tcW w:w="4531" w:type="dxa"/>
            <w:vMerge/>
            <w:shd w:val="clear" w:color="auto" w:fill="E7F0F2"/>
            <w:tcMar>
              <w:top w:w="90" w:type="dxa"/>
              <w:left w:w="100" w:type="dxa"/>
              <w:bottom w:w="90" w:type="dxa"/>
              <w:right w:w="100" w:type="dxa"/>
            </w:tcMar>
            <w:vAlign w:val="center"/>
          </w:tcPr>
          <w:p w14:paraId="066E3DDC" w14:textId="77777777" w:rsidR="00276944" w:rsidRPr="006D2DB0" w:rsidRDefault="00276944" w:rsidP="00785D36">
            <w:pPr>
              <w:spacing w:after="20" w:line="240" w:lineRule="auto"/>
              <w:rPr>
                <w:rFonts w:cs="Arial"/>
                <w:b/>
                <w:sz w:val="22"/>
                <w:lang w:val="en-AU"/>
              </w:rPr>
            </w:pPr>
          </w:p>
        </w:tc>
        <w:tc>
          <w:tcPr>
            <w:tcW w:w="6241" w:type="dxa"/>
            <w:tcMar>
              <w:top w:w="90" w:type="dxa"/>
              <w:left w:w="100" w:type="dxa"/>
              <w:bottom w:w="90" w:type="dxa"/>
              <w:right w:w="100" w:type="dxa"/>
            </w:tcMar>
            <w:vAlign w:val="center"/>
          </w:tcPr>
          <w:p w14:paraId="1C9BB6E3" w14:textId="77777777" w:rsidR="00276944" w:rsidRDefault="00276944">
            <w:pPr>
              <w:spacing w:after="20"/>
              <w:rPr>
                <w:rFonts w:cs="Arial"/>
                <w:sz w:val="22"/>
              </w:rPr>
            </w:pPr>
          </w:p>
          <w:sdt>
            <w:sdtPr>
              <w:rPr>
                <w:rFonts w:cs="Arial"/>
                <w:sz w:val="22"/>
              </w:rPr>
              <w:id w:val="148175647"/>
              <w:placeholder>
                <w:docPart w:val="5A3518BB3968453095B4F72389BEC024"/>
              </w:placeholder>
              <w:showingPlcHdr/>
            </w:sdtPr>
            <w:sdtEndPr/>
            <w:sdtContent>
              <w:p w14:paraId="245FDD45" w14:textId="1BF9F77D" w:rsidR="003F2548" w:rsidRDefault="003F2548">
                <w:pPr>
                  <w:spacing w:after="20"/>
                  <w:rPr>
                    <w:rFonts w:cs="Arial"/>
                    <w:sz w:val="22"/>
                  </w:rPr>
                </w:pPr>
                <w:r w:rsidRPr="002B0337">
                  <w:rPr>
                    <w:rStyle w:val="PlaceholderText"/>
                  </w:rPr>
                  <w:t>Click or tap here to enter text.</w:t>
                </w:r>
              </w:p>
            </w:sdtContent>
          </w:sdt>
          <w:p w14:paraId="4E47CE50" w14:textId="5F8C13DB" w:rsidR="003F2548" w:rsidRPr="006D2DB0" w:rsidRDefault="003F2548">
            <w:pPr>
              <w:spacing w:after="20"/>
              <w:rPr>
                <w:rFonts w:cs="Arial"/>
                <w:sz w:val="22"/>
              </w:rPr>
            </w:pPr>
          </w:p>
        </w:tc>
      </w:tr>
      <w:tr w:rsidR="006B7D30" w:rsidRPr="006D2DB0" w14:paraId="453F87B5" w14:textId="77777777" w:rsidTr="00B6042B">
        <w:trPr>
          <w:trHeight w:val="175"/>
        </w:trPr>
        <w:tc>
          <w:tcPr>
            <w:tcW w:w="4531" w:type="dxa"/>
            <w:vMerge w:val="restart"/>
            <w:shd w:val="clear" w:color="auto" w:fill="E7F0F2"/>
            <w:tcMar>
              <w:top w:w="90" w:type="dxa"/>
              <w:left w:w="100" w:type="dxa"/>
              <w:bottom w:w="90" w:type="dxa"/>
              <w:right w:w="100" w:type="dxa"/>
            </w:tcMar>
            <w:vAlign w:val="center"/>
          </w:tcPr>
          <w:p w14:paraId="6943ABBC" w14:textId="3E2B06BD" w:rsidR="006B7D30" w:rsidRPr="006D2DB0" w:rsidRDefault="006B7D30" w:rsidP="00785D36">
            <w:pPr>
              <w:spacing w:after="20" w:line="240" w:lineRule="auto"/>
              <w:rPr>
                <w:rFonts w:cs="Arial"/>
                <w:b/>
                <w:bCs/>
                <w:sz w:val="22"/>
                <w:lang w:val="en-AU"/>
              </w:rPr>
            </w:pPr>
            <w:r w:rsidRPr="006D2DB0">
              <w:rPr>
                <w:rFonts w:cs="Arial"/>
                <w:b/>
                <w:bCs/>
                <w:sz w:val="22"/>
                <w:lang w:val="en-AU"/>
              </w:rPr>
              <w:t>Have there been any changes to the artwork, its dimensions, materials, weight, support structure, footing, anchoring or installation method since certification?</w:t>
            </w:r>
          </w:p>
        </w:tc>
        <w:tc>
          <w:tcPr>
            <w:tcW w:w="6241" w:type="dxa"/>
            <w:tcMar>
              <w:top w:w="90" w:type="dxa"/>
              <w:left w:w="100" w:type="dxa"/>
              <w:bottom w:w="90" w:type="dxa"/>
              <w:right w:w="100" w:type="dxa"/>
            </w:tcMar>
            <w:vAlign w:val="center"/>
          </w:tcPr>
          <w:p w14:paraId="6420468D" w14:textId="166E7D2B" w:rsidR="006B7D30" w:rsidRPr="006D2DB0" w:rsidRDefault="00DB5C11">
            <w:pPr>
              <w:spacing w:after="20"/>
              <w:rPr>
                <w:rFonts w:cs="Arial"/>
                <w:i/>
                <w:iCs/>
                <w:szCs w:val="18"/>
              </w:rPr>
            </w:pPr>
            <w:sdt>
              <w:sdtPr>
                <w:rPr>
                  <w:rFonts w:cs="Arial"/>
                  <w:sz w:val="22"/>
                </w:rPr>
                <w:id w:val="1380895269"/>
                <w14:checkbox>
                  <w14:checked w14:val="0"/>
                  <w14:checkedState w14:val="2612" w14:font="MS Gothic"/>
                  <w14:uncheckedState w14:val="2610" w14:font="MS Gothic"/>
                </w14:checkbox>
              </w:sdtPr>
              <w:sdtEndPr/>
              <w:sdtContent>
                <w:r w:rsidR="00E43601">
                  <w:rPr>
                    <w:rFonts w:ascii="MS Gothic" w:eastAsia="MS Gothic" w:hAnsi="MS Gothic" w:cs="Arial" w:hint="eastAsia"/>
                    <w:sz w:val="22"/>
                  </w:rPr>
                  <w:t>☐</w:t>
                </w:r>
              </w:sdtContent>
            </w:sdt>
            <w:r w:rsidR="006B7D30" w:rsidRPr="006D2DB0">
              <w:rPr>
                <w:rFonts w:cs="Arial"/>
                <w:sz w:val="22"/>
              </w:rPr>
              <w:t xml:space="preserve"> No    </w:t>
            </w:r>
            <w:sdt>
              <w:sdtPr>
                <w:rPr>
                  <w:rFonts w:cs="Arial"/>
                  <w:sz w:val="22"/>
                </w:rPr>
                <w:id w:val="1640764555"/>
                <w14:checkbox>
                  <w14:checked w14:val="0"/>
                  <w14:checkedState w14:val="2612" w14:font="MS Gothic"/>
                  <w14:uncheckedState w14:val="2610" w14:font="MS Gothic"/>
                </w14:checkbox>
              </w:sdtPr>
              <w:sdtEndPr/>
              <w:sdtContent>
                <w:r w:rsidR="006B7D30" w:rsidRPr="006D2DB0">
                  <w:rPr>
                    <w:rFonts w:ascii="Segoe UI Symbol" w:eastAsia="MS Gothic" w:hAnsi="Segoe UI Symbol" w:cs="Segoe UI Symbol"/>
                    <w:sz w:val="22"/>
                  </w:rPr>
                  <w:t>☐</w:t>
                </w:r>
              </w:sdtContent>
            </w:sdt>
            <w:r w:rsidR="006B7D30" w:rsidRPr="006D2DB0">
              <w:rPr>
                <w:rFonts w:cs="Arial"/>
                <w:sz w:val="22"/>
              </w:rPr>
              <w:t xml:space="preserve"> Yes (please provide details below)</w:t>
            </w:r>
          </w:p>
        </w:tc>
      </w:tr>
      <w:tr w:rsidR="006B7D30" w:rsidRPr="006D2DB0" w14:paraId="187A57A1" w14:textId="77777777" w:rsidTr="006B7D30">
        <w:trPr>
          <w:trHeight w:val="640"/>
        </w:trPr>
        <w:tc>
          <w:tcPr>
            <w:tcW w:w="4531" w:type="dxa"/>
            <w:vMerge/>
            <w:shd w:val="clear" w:color="auto" w:fill="E7F0F2"/>
            <w:tcMar>
              <w:top w:w="90" w:type="dxa"/>
              <w:left w:w="100" w:type="dxa"/>
              <w:bottom w:w="90" w:type="dxa"/>
              <w:right w:w="100" w:type="dxa"/>
            </w:tcMar>
            <w:vAlign w:val="center"/>
          </w:tcPr>
          <w:p w14:paraId="5719C1AC" w14:textId="77777777" w:rsidR="006B7D30" w:rsidRPr="006D2DB0" w:rsidRDefault="006B7D30" w:rsidP="00785D36">
            <w:pPr>
              <w:spacing w:after="20" w:line="240" w:lineRule="auto"/>
              <w:rPr>
                <w:rFonts w:cs="Arial"/>
                <w:b/>
                <w:bCs/>
                <w:sz w:val="22"/>
                <w:lang w:val="en-AU"/>
              </w:rPr>
            </w:pPr>
          </w:p>
        </w:tc>
        <w:sdt>
          <w:sdtPr>
            <w:rPr>
              <w:rFonts w:cs="Arial"/>
              <w:sz w:val="22"/>
            </w:rPr>
            <w:id w:val="327016526"/>
            <w:placeholder>
              <w:docPart w:val="4DACF5B249E34C208DF3777DF45AD00A"/>
            </w:placeholder>
            <w:showingPlcHdr/>
          </w:sdtPr>
          <w:sdtEndPr/>
          <w:sdtContent>
            <w:tc>
              <w:tcPr>
                <w:tcW w:w="6241" w:type="dxa"/>
                <w:tcMar>
                  <w:top w:w="90" w:type="dxa"/>
                  <w:left w:w="100" w:type="dxa"/>
                  <w:bottom w:w="90" w:type="dxa"/>
                  <w:right w:w="100" w:type="dxa"/>
                </w:tcMar>
                <w:vAlign w:val="center"/>
              </w:tcPr>
              <w:p w14:paraId="1227B5E9" w14:textId="4220EABC" w:rsidR="006B7D30" w:rsidRPr="006D2DB0" w:rsidRDefault="003F2548">
                <w:pPr>
                  <w:spacing w:after="20"/>
                  <w:rPr>
                    <w:rFonts w:cs="Arial"/>
                    <w:sz w:val="22"/>
                  </w:rPr>
                </w:pPr>
                <w:r w:rsidRPr="002B0337">
                  <w:rPr>
                    <w:rStyle w:val="PlaceholderText"/>
                  </w:rPr>
                  <w:t>Click or tap here to enter text.</w:t>
                </w:r>
              </w:p>
            </w:tc>
          </w:sdtContent>
        </w:sdt>
      </w:tr>
      <w:tr w:rsidR="00F201F3" w:rsidRPr="006D2DB0" w14:paraId="6DD84A0E" w14:textId="77777777" w:rsidTr="00276944">
        <w:tc>
          <w:tcPr>
            <w:tcW w:w="4531" w:type="dxa"/>
            <w:shd w:val="clear" w:color="auto" w:fill="E7F0F2"/>
            <w:tcMar>
              <w:top w:w="90" w:type="dxa"/>
              <w:left w:w="100" w:type="dxa"/>
              <w:bottom w:w="90" w:type="dxa"/>
              <w:right w:w="100" w:type="dxa"/>
            </w:tcMar>
            <w:vAlign w:val="center"/>
          </w:tcPr>
          <w:p w14:paraId="6D569AAD" w14:textId="4733C655" w:rsidR="006B7D30" w:rsidRPr="006D2DB0" w:rsidRDefault="006B7D30" w:rsidP="006B7D30">
            <w:pPr>
              <w:spacing w:after="20" w:line="240" w:lineRule="auto"/>
              <w:rPr>
                <w:rFonts w:cs="Arial"/>
                <w:b/>
                <w:sz w:val="22"/>
                <w:lang w:val="en-AU"/>
              </w:rPr>
            </w:pPr>
            <w:r w:rsidRPr="006D2DB0">
              <w:rPr>
                <w:rFonts w:cs="Arial"/>
                <w:b/>
                <w:sz w:val="22"/>
                <w:lang w:val="en-AU"/>
              </w:rPr>
              <w:t>Is there any additional information about the artwork's stability or installation that the City should be aware of?</w:t>
            </w:r>
          </w:p>
        </w:tc>
        <w:sdt>
          <w:sdtPr>
            <w:rPr>
              <w:rFonts w:cs="Arial"/>
              <w:sz w:val="22"/>
            </w:rPr>
            <w:id w:val="-1456174104"/>
            <w:placeholder>
              <w:docPart w:val="158D290E16D7438786D11EFAD2E28987"/>
            </w:placeholder>
            <w:showingPlcHdr/>
          </w:sdtPr>
          <w:sdtEndPr/>
          <w:sdtContent>
            <w:tc>
              <w:tcPr>
                <w:tcW w:w="6241" w:type="dxa"/>
                <w:tcMar>
                  <w:top w:w="90" w:type="dxa"/>
                  <w:left w:w="100" w:type="dxa"/>
                  <w:bottom w:w="90" w:type="dxa"/>
                  <w:right w:w="100" w:type="dxa"/>
                </w:tcMar>
                <w:vAlign w:val="center"/>
              </w:tcPr>
              <w:p w14:paraId="2E78DD8E" w14:textId="586D7C19" w:rsidR="00D2357B" w:rsidRPr="006D2DB0" w:rsidRDefault="003F2548">
                <w:pPr>
                  <w:spacing w:after="20"/>
                  <w:rPr>
                    <w:rFonts w:cs="Arial"/>
                    <w:szCs w:val="18"/>
                  </w:rPr>
                </w:pPr>
                <w:r w:rsidRPr="002B0337">
                  <w:rPr>
                    <w:rStyle w:val="PlaceholderText"/>
                  </w:rPr>
                  <w:t>Click or tap here to enter text.</w:t>
                </w:r>
              </w:p>
            </w:tc>
          </w:sdtContent>
        </w:sdt>
      </w:tr>
    </w:tbl>
    <w:p w14:paraId="4CD2E4D7" w14:textId="623F17FE" w:rsidR="00F201F3" w:rsidRPr="006D2DB0" w:rsidRDefault="00790CB2" w:rsidP="00A005B2">
      <w:pPr>
        <w:pStyle w:val="Heading1"/>
        <w:spacing w:before="240" w:after="0"/>
        <w:rPr>
          <w:rFonts w:ascii="Arial" w:hAnsi="Arial" w:cs="Arial"/>
          <w:szCs w:val="24"/>
        </w:rPr>
      </w:pPr>
      <w:r w:rsidRPr="006D2DB0">
        <w:rPr>
          <w:rFonts w:ascii="Arial" w:hAnsi="Arial" w:cs="Arial"/>
          <w:szCs w:val="24"/>
        </w:rPr>
        <w:t>4. Transport to Rockingham Foreshore</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6241"/>
      </w:tblGrid>
      <w:tr w:rsidR="00F201F3" w:rsidRPr="006D2DB0" w14:paraId="293C62A0" w14:textId="77777777" w:rsidTr="006B7D30">
        <w:tc>
          <w:tcPr>
            <w:tcW w:w="4531" w:type="dxa"/>
            <w:shd w:val="clear" w:color="auto" w:fill="E7F0F2"/>
            <w:tcMar>
              <w:top w:w="90" w:type="dxa"/>
              <w:left w:w="100" w:type="dxa"/>
              <w:bottom w:w="90" w:type="dxa"/>
              <w:right w:w="100" w:type="dxa"/>
            </w:tcMar>
            <w:vAlign w:val="center"/>
          </w:tcPr>
          <w:p w14:paraId="3D4C68E7" w14:textId="2B7D9C19" w:rsidR="00F201F3" w:rsidRPr="006D2DB0" w:rsidRDefault="003E55D6" w:rsidP="00D2357B">
            <w:pPr>
              <w:spacing w:after="0" w:line="240" w:lineRule="auto"/>
              <w:contextualSpacing/>
              <w:rPr>
                <w:rFonts w:cs="Arial"/>
                <w:szCs w:val="18"/>
              </w:rPr>
            </w:pPr>
            <w:r w:rsidRPr="006D2DB0">
              <w:rPr>
                <w:rFonts w:cs="Arial"/>
                <w:b/>
                <w:sz w:val="22"/>
              </w:rPr>
              <w:t xml:space="preserve">How will you bring the artwork to the site? </w:t>
            </w:r>
            <w:r w:rsidRPr="006D2DB0">
              <w:rPr>
                <w:rFonts w:cs="Arial"/>
                <w:bCs/>
                <w:sz w:val="22"/>
              </w:rPr>
              <w:t>Ex</w:t>
            </w:r>
            <w:r w:rsidR="00961F88" w:rsidRPr="006D2DB0">
              <w:rPr>
                <w:rFonts w:cs="Arial"/>
                <w:bCs/>
                <w:sz w:val="22"/>
              </w:rPr>
              <w:t>amples</w:t>
            </w:r>
            <w:r w:rsidRPr="006D2DB0">
              <w:rPr>
                <w:rFonts w:cs="Arial"/>
                <w:bCs/>
                <w:sz w:val="22"/>
              </w:rPr>
              <w:t>: ute, trailer, van, truck, flatbed truck</w:t>
            </w:r>
            <w:r w:rsidR="00DE4BE5" w:rsidRPr="006D2DB0">
              <w:rPr>
                <w:rFonts w:cs="Arial"/>
                <w:bCs/>
                <w:sz w:val="22"/>
              </w:rPr>
              <w:t>.</w:t>
            </w:r>
          </w:p>
        </w:tc>
        <w:sdt>
          <w:sdtPr>
            <w:rPr>
              <w:rFonts w:cs="Arial"/>
              <w:sz w:val="22"/>
            </w:rPr>
            <w:id w:val="-658316447"/>
            <w:placeholder>
              <w:docPart w:val="E92B00A64C5649E09D25599F2CBCEF59"/>
            </w:placeholder>
            <w:showingPlcHdr/>
          </w:sdtPr>
          <w:sdtEndPr/>
          <w:sdtContent>
            <w:tc>
              <w:tcPr>
                <w:tcW w:w="6241" w:type="dxa"/>
                <w:tcMar>
                  <w:top w:w="90" w:type="dxa"/>
                  <w:left w:w="100" w:type="dxa"/>
                  <w:bottom w:w="90" w:type="dxa"/>
                  <w:right w:w="100" w:type="dxa"/>
                </w:tcMar>
                <w:vAlign w:val="center"/>
              </w:tcPr>
              <w:p w14:paraId="37614261" w14:textId="3BB6F3EE" w:rsidR="00F201F3" w:rsidRPr="006D2DB0" w:rsidRDefault="003F2548" w:rsidP="00D2357B">
                <w:pPr>
                  <w:spacing w:after="0"/>
                  <w:rPr>
                    <w:rFonts w:cs="Arial"/>
                    <w:szCs w:val="18"/>
                  </w:rPr>
                </w:pPr>
                <w:r w:rsidRPr="002B0337">
                  <w:rPr>
                    <w:rStyle w:val="PlaceholderText"/>
                  </w:rPr>
                  <w:t>Click or tap here to enter text.</w:t>
                </w:r>
              </w:p>
            </w:tc>
          </w:sdtContent>
        </w:sdt>
      </w:tr>
      <w:tr w:rsidR="00F201F3" w:rsidRPr="006D2DB0" w14:paraId="689DDBFE" w14:textId="77777777" w:rsidTr="006B7D30">
        <w:tc>
          <w:tcPr>
            <w:tcW w:w="4531" w:type="dxa"/>
            <w:shd w:val="clear" w:color="auto" w:fill="E7F0F2"/>
            <w:tcMar>
              <w:top w:w="90" w:type="dxa"/>
              <w:left w:w="100" w:type="dxa"/>
              <w:bottom w:w="90" w:type="dxa"/>
              <w:right w:w="100" w:type="dxa"/>
            </w:tcMar>
            <w:vAlign w:val="center"/>
          </w:tcPr>
          <w:p w14:paraId="417EF774" w14:textId="77777777" w:rsidR="003E55D6" w:rsidRPr="006D2DB0" w:rsidRDefault="003E55D6" w:rsidP="003E55D6">
            <w:pPr>
              <w:spacing w:after="0"/>
              <w:contextualSpacing/>
              <w:rPr>
                <w:rFonts w:cs="Arial"/>
                <w:b/>
                <w:sz w:val="22"/>
                <w:lang w:val="en-AU"/>
              </w:rPr>
            </w:pPr>
            <w:r w:rsidRPr="006D2DB0">
              <w:rPr>
                <w:rFonts w:cs="Arial"/>
                <w:b/>
                <w:bCs/>
                <w:sz w:val="22"/>
                <w:lang w:val="en-AU"/>
              </w:rPr>
              <w:t>How will the artwork be secured during transport?</w:t>
            </w:r>
          </w:p>
          <w:p w14:paraId="0CA0505F" w14:textId="2385BC48" w:rsidR="00F201F3" w:rsidRPr="006D2DB0" w:rsidRDefault="003E55D6" w:rsidP="00D2357B">
            <w:pPr>
              <w:spacing w:after="0"/>
              <w:contextualSpacing/>
              <w:rPr>
                <w:rFonts w:cs="Arial"/>
                <w:bCs/>
                <w:sz w:val="22"/>
                <w:lang w:val="en-AU"/>
              </w:rPr>
            </w:pPr>
            <w:r w:rsidRPr="006D2DB0">
              <w:rPr>
                <w:rFonts w:cs="Arial"/>
                <w:bCs/>
                <w:sz w:val="22"/>
                <w:lang w:val="en-AU"/>
              </w:rPr>
              <w:t>Examples: ratchet straps, protective crate, padded supports.</w:t>
            </w:r>
          </w:p>
        </w:tc>
        <w:sdt>
          <w:sdtPr>
            <w:rPr>
              <w:rFonts w:cs="Arial"/>
              <w:sz w:val="22"/>
            </w:rPr>
            <w:id w:val="1299176959"/>
            <w:placeholder>
              <w:docPart w:val="7F8AEAE1F7CC44628E393E13A0395BEE"/>
            </w:placeholder>
            <w:showingPlcHdr/>
          </w:sdtPr>
          <w:sdtEndPr/>
          <w:sdtContent>
            <w:tc>
              <w:tcPr>
                <w:tcW w:w="6241" w:type="dxa"/>
                <w:tcMar>
                  <w:top w:w="90" w:type="dxa"/>
                  <w:left w:w="100" w:type="dxa"/>
                  <w:bottom w:w="90" w:type="dxa"/>
                  <w:right w:w="100" w:type="dxa"/>
                </w:tcMar>
                <w:vAlign w:val="center"/>
              </w:tcPr>
              <w:p w14:paraId="7D38017C" w14:textId="79683CCD" w:rsidR="00F201F3" w:rsidRPr="006D2DB0" w:rsidRDefault="003F2548" w:rsidP="00D2357B">
                <w:pPr>
                  <w:spacing w:after="0"/>
                  <w:rPr>
                    <w:rFonts w:cs="Arial"/>
                    <w:szCs w:val="18"/>
                  </w:rPr>
                </w:pPr>
                <w:r w:rsidRPr="002B0337">
                  <w:rPr>
                    <w:rStyle w:val="PlaceholderText"/>
                  </w:rPr>
                  <w:t>Click or tap here to enter text.</w:t>
                </w:r>
              </w:p>
            </w:tc>
          </w:sdtContent>
        </w:sdt>
      </w:tr>
      <w:tr w:rsidR="00F201F3" w:rsidRPr="006D2DB0" w14:paraId="7A48BE68" w14:textId="77777777" w:rsidTr="006B7D30">
        <w:tc>
          <w:tcPr>
            <w:tcW w:w="4531" w:type="dxa"/>
            <w:shd w:val="clear" w:color="auto" w:fill="E7F0F2"/>
            <w:tcMar>
              <w:top w:w="90" w:type="dxa"/>
              <w:left w:w="100" w:type="dxa"/>
              <w:bottom w:w="90" w:type="dxa"/>
              <w:right w:w="100" w:type="dxa"/>
            </w:tcMar>
            <w:vAlign w:val="center"/>
          </w:tcPr>
          <w:p w14:paraId="0B0D997C" w14:textId="10DF0E70" w:rsidR="00F201F3" w:rsidRPr="006D2DB0" w:rsidRDefault="003E55D6" w:rsidP="00D2357B">
            <w:pPr>
              <w:spacing w:after="0"/>
              <w:contextualSpacing/>
              <w:rPr>
                <w:rFonts w:cs="Arial"/>
                <w:b/>
                <w:sz w:val="22"/>
                <w:lang w:val="en-AU"/>
              </w:rPr>
            </w:pPr>
            <w:r w:rsidRPr="006D2DB0">
              <w:rPr>
                <w:rFonts w:cs="Arial"/>
                <w:b/>
                <w:sz w:val="22"/>
                <w:lang w:val="en-AU"/>
              </w:rPr>
              <w:t>Is the artwork unusually large, heavy or difficult to transport?</w:t>
            </w:r>
          </w:p>
        </w:tc>
        <w:tc>
          <w:tcPr>
            <w:tcW w:w="6241" w:type="dxa"/>
            <w:tcMar>
              <w:top w:w="90" w:type="dxa"/>
              <w:left w:w="100" w:type="dxa"/>
              <w:bottom w:w="90" w:type="dxa"/>
              <w:right w:w="100" w:type="dxa"/>
            </w:tcMar>
            <w:vAlign w:val="center"/>
          </w:tcPr>
          <w:p w14:paraId="23C5E757" w14:textId="533222B1" w:rsidR="00F201F3" w:rsidRPr="006D2DB0" w:rsidRDefault="00DB5C11" w:rsidP="00D2357B">
            <w:pPr>
              <w:spacing w:after="0"/>
              <w:rPr>
                <w:rFonts w:cs="Arial"/>
                <w:sz w:val="22"/>
              </w:rPr>
            </w:pPr>
            <w:sdt>
              <w:sdtPr>
                <w:rPr>
                  <w:rFonts w:cs="Arial"/>
                  <w:sz w:val="22"/>
                </w:rPr>
                <w:id w:val="1265958415"/>
                <w14:checkbox>
                  <w14:checked w14:val="0"/>
                  <w14:checkedState w14:val="2612" w14:font="MS Gothic"/>
                  <w14:uncheckedState w14:val="2610" w14:font="MS Gothic"/>
                </w14:checkbox>
              </w:sdtPr>
              <w:sdtEndPr/>
              <w:sdtContent>
                <w:r w:rsidR="003E55D6" w:rsidRPr="006D2DB0">
                  <w:rPr>
                    <w:rFonts w:ascii="Segoe UI Symbol" w:eastAsia="MS Gothic" w:hAnsi="Segoe UI Symbol" w:cs="Segoe UI Symbol"/>
                    <w:sz w:val="22"/>
                  </w:rPr>
                  <w:t>☐</w:t>
                </w:r>
              </w:sdtContent>
            </w:sdt>
            <w:r w:rsidR="00790CB2" w:rsidRPr="006D2DB0">
              <w:rPr>
                <w:rFonts w:cs="Arial"/>
                <w:sz w:val="22"/>
              </w:rPr>
              <w:t xml:space="preserve"> Yes    </w:t>
            </w:r>
            <w:sdt>
              <w:sdtPr>
                <w:rPr>
                  <w:rFonts w:cs="Arial"/>
                  <w:sz w:val="22"/>
                </w:rPr>
                <w:id w:val="56137207"/>
                <w14:checkbox>
                  <w14:checked w14:val="0"/>
                  <w14:checkedState w14:val="2612" w14:font="MS Gothic"/>
                  <w14:uncheckedState w14:val="2610" w14:font="MS Gothic"/>
                </w14:checkbox>
              </w:sdtPr>
              <w:sdtEndPr/>
              <w:sdtContent>
                <w:r w:rsidR="003E55D6" w:rsidRPr="006D2DB0">
                  <w:rPr>
                    <w:rFonts w:ascii="Segoe UI Symbol" w:eastAsia="MS Gothic" w:hAnsi="Segoe UI Symbol" w:cs="Segoe UI Symbol"/>
                    <w:sz w:val="22"/>
                  </w:rPr>
                  <w:t>☐</w:t>
                </w:r>
              </w:sdtContent>
            </w:sdt>
            <w:r w:rsidR="00790CB2" w:rsidRPr="006D2DB0">
              <w:rPr>
                <w:rFonts w:cs="Arial"/>
                <w:sz w:val="22"/>
              </w:rPr>
              <w:t xml:space="preserve"> No    </w:t>
            </w:r>
          </w:p>
        </w:tc>
      </w:tr>
      <w:tr w:rsidR="003E55D6" w:rsidRPr="006D2DB0" w14:paraId="09818728" w14:textId="77777777" w:rsidTr="006B7D30">
        <w:tc>
          <w:tcPr>
            <w:tcW w:w="4531" w:type="dxa"/>
            <w:shd w:val="clear" w:color="auto" w:fill="E7F0F2"/>
            <w:tcMar>
              <w:top w:w="90" w:type="dxa"/>
              <w:left w:w="100" w:type="dxa"/>
              <w:bottom w:w="90" w:type="dxa"/>
              <w:right w:w="100" w:type="dxa"/>
            </w:tcMar>
            <w:vAlign w:val="center"/>
          </w:tcPr>
          <w:p w14:paraId="63812AEF" w14:textId="3A4DBC00" w:rsidR="003E55D6" w:rsidRPr="006D2DB0" w:rsidRDefault="003E55D6" w:rsidP="00D2357B">
            <w:pPr>
              <w:spacing w:after="0"/>
              <w:contextualSpacing/>
              <w:rPr>
                <w:rFonts w:cs="Arial"/>
                <w:b/>
                <w:sz w:val="22"/>
                <w:lang w:val="en-AU"/>
              </w:rPr>
            </w:pPr>
            <w:r w:rsidRPr="006D2DB0">
              <w:rPr>
                <w:rFonts w:cs="Arial"/>
                <w:b/>
                <w:sz w:val="22"/>
                <w:lang w:val="en-AU"/>
              </w:rPr>
              <w:t xml:space="preserve">If yes, please describe any special transport requirements. </w:t>
            </w:r>
          </w:p>
        </w:tc>
        <w:sdt>
          <w:sdtPr>
            <w:rPr>
              <w:rFonts w:cs="Arial"/>
              <w:sz w:val="22"/>
            </w:rPr>
            <w:id w:val="-1499261872"/>
            <w:placeholder>
              <w:docPart w:val="00224F372FFB4262BE302C9799D2A766"/>
            </w:placeholder>
            <w:showingPlcHdr/>
          </w:sdtPr>
          <w:sdtEndPr/>
          <w:sdtContent>
            <w:tc>
              <w:tcPr>
                <w:tcW w:w="6241" w:type="dxa"/>
                <w:tcMar>
                  <w:top w:w="90" w:type="dxa"/>
                  <w:left w:w="100" w:type="dxa"/>
                  <w:bottom w:w="90" w:type="dxa"/>
                  <w:right w:w="100" w:type="dxa"/>
                </w:tcMar>
                <w:vAlign w:val="center"/>
              </w:tcPr>
              <w:p w14:paraId="6D58FA26" w14:textId="46AE2480" w:rsidR="003E55D6" w:rsidRPr="006D2DB0" w:rsidRDefault="003F2548" w:rsidP="00D2357B">
                <w:pPr>
                  <w:spacing w:after="0"/>
                  <w:rPr>
                    <w:rFonts w:cs="Arial"/>
                    <w:sz w:val="22"/>
                  </w:rPr>
                </w:pPr>
                <w:r w:rsidRPr="002B0337">
                  <w:rPr>
                    <w:rStyle w:val="PlaceholderText"/>
                  </w:rPr>
                  <w:t>Click or tap here to enter text.</w:t>
                </w:r>
              </w:p>
            </w:tc>
          </w:sdtContent>
        </w:sdt>
      </w:tr>
    </w:tbl>
    <w:p w14:paraId="2B9A49C8" w14:textId="245F6C6E" w:rsidR="00F201F3" w:rsidRPr="006D2DB0" w:rsidRDefault="00CA492A" w:rsidP="00A005B2">
      <w:pPr>
        <w:pStyle w:val="Heading1"/>
        <w:spacing w:before="240" w:after="0"/>
        <w:rPr>
          <w:rFonts w:ascii="Arial" w:hAnsi="Arial" w:cs="Arial"/>
          <w:szCs w:val="24"/>
        </w:rPr>
      </w:pPr>
      <w:r w:rsidRPr="006D2DB0">
        <w:rPr>
          <w:rFonts w:ascii="Arial" w:hAnsi="Arial" w:cs="Arial"/>
          <w:szCs w:val="24"/>
        </w:rPr>
        <w:t>5</w:t>
      </w:r>
      <w:r w:rsidR="00790CB2" w:rsidRPr="006D2DB0">
        <w:rPr>
          <w:rFonts w:ascii="Arial" w:hAnsi="Arial" w:cs="Arial"/>
          <w:szCs w:val="24"/>
        </w:rPr>
        <w:t xml:space="preserve">. Movement from </w:t>
      </w:r>
      <w:r w:rsidR="003E55D6" w:rsidRPr="006D2DB0">
        <w:rPr>
          <w:rFonts w:ascii="Arial" w:hAnsi="Arial" w:cs="Arial"/>
          <w:szCs w:val="24"/>
        </w:rPr>
        <w:t>D</w:t>
      </w:r>
      <w:r w:rsidR="00790CB2" w:rsidRPr="006D2DB0">
        <w:rPr>
          <w:rFonts w:ascii="Arial" w:hAnsi="Arial" w:cs="Arial"/>
          <w:szCs w:val="24"/>
        </w:rPr>
        <w:t xml:space="preserve">elivery Point to </w:t>
      </w:r>
      <w:r w:rsidR="003E55D6" w:rsidRPr="006D2DB0">
        <w:rPr>
          <w:rFonts w:ascii="Arial" w:hAnsi="Arial" w:cs="Arial"/>
          <w:szCs w:val="24"/>
        </w:rPr>
        <w:t>I</w:t>
      </w:r>
      <w:r w:rsidR="00790CB2" w:rsidRPr="006D2DB0">
        <w:rPr>
          <w:rFonts w:ascii="Arial" w:hAnsi="Arial" w:cs="Arial"/>
          <w:szCs w:val="24"/>
        </w:rPr>
        <w:t xml:space="preserve">nstallation </w:t>
      </w:r>
      <w:r w:rsidR="003E55D6" w:rsidRPr="006D2DB0">
        <w:rPr>
          <w:rFonts w:ascii="Arial" w:hAnsi="Arial" w:cs="Arial"/>
          <w:szCs w:val="24"/>
        </w:rPr>
        <w:t>P</w:t>
      </w:r>
      <w:r w:rsidR="00790CB2" w:rsidRPr="006D2DB0">
        <w:rPr>
          <w:rFonts w:ascii="Arial" w:hAnsi="Arial" w:cs="Arial"/>
          <w:szCs w:val="24"/>
        </w:rPr>
        <w:t>oint</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6241"/>
      </w:tblGrid>
      <w:tr w:rsidR="00F201F3" w:rsidRPr="006D2DB0" w14:paraId="485EDE91" w14:textId="77777777" w:rsidTr="006B7D30">
        <w:tc>
          <w:tcPr>
            <w:tcW w:w="4531" w:type="dxa"/>
            <w:shd w:val="clear" w:color="auto" w:fill="E7F0F2"/>
            <w:tcMar>
              <w:top w:w="90" w:type="dxa"/>
              <w:left w:w="100" w:type="dxa"/>
              <w:bottom w:w="90" w:type="dxa"/>
              <w:right w:w="100" w:type="dxa"/>
            </w:tcMar>
            <w:vAlign w:val="center"/>
          </w:tcPr>
          <w:p w14:paraId="65D13309" w14:textId="77777777" w:rsidR="00F201F3" w:rsidRPr="006D2DB0" w:rsidRDefault="004A2389" w:rsidP="00D2357B">
            <w:pPr>
              <w:spacing w:after="0"/>
              <w:rPr>
                <w:rFonts w:cs="Arial"/>
                <w:b/>
                <w:sz w:val="22"/>
                <w:lang w:val="en-AU"/>
              </w:rPr>
            </w:pPr>
            <w:r w:rsidRPr="006D2DB0">
              <w:rPr>
                <w:rFonts w:cs="Arial"/>
                <w:b/>
                <w:sz w:val="22"/>
                <w:lang w:val="en-AU"/>
              </w:rPr>
              <w:t>How will the artwork be moved from the delivery vehicle to its display location?</w:t>
            </w:r>
          </w:p>
          <w:p w14:paraId="590D486F" w14:textId="4922F6D2" w:rsidR="004A2389" w:rsidRPr="006D2DB0" w:rsidRDefault="004A2389" w:rsidP="00D2357B">
            <w:pPr>
              <w:spacing w:after="0"/>
              <w:rPr>
                <w:rFonts w:cs="Arial"/>
                <w:bCs/>
                <w:sz w:val="22"/>
                <w:lang w:val="en-AU"/>
              </w:rPr>
            </w:pPr>
            <w:r w:rsidRPr="006D2DB0">
              <w:rPr>
                <w:rFonts w:cs="Arial"/>
                <w:bCs/>
                <w:sz w:val="22"/>
                <w:lang w:val="en-AU"/>
              </w:rPr>
              <w:t>Examples: carried by hand, trolley or dolly, forklift, crane</w:t>
            </w:r>
            <w:r w:rsidR="00A42122" w:rsidRPr="006D2DB0">
              <w:rPr>
                <w:rFonts w:cs="Arial"/>
                <w:bCs/>
                <w:sz w:val="22"/>
                <w:lang w:val="en-AU"/>
              </w:rPr>
              <w:t xml:space="preserve">, </w:t>
            </w:r>
            <w:r w:rsidR="00F32986" w:rsidRPr="006D2DB0">
              <w:rPr>
                <w:rFonts w:cs="Arial"/>
                <w:bCs/>
                <w:sz w:val="22"/>
                <w:lang w:val="en-AU"/>
              </w:rPr>
              <w:t xml:space="preserve">4WD </w:t>
            </w:r>
            <w:r w:rsidR="009B12B1" w:rsidRPr="006D2DB0">
              <w:rPr>
                <w:rFonts w:cs="Arial"/>
                <w:bCs/>
                <w:sz w:val="22"/>
                <w:lang w:val="en-AU"/>
              </w:rPr>
              <w:t>u</w:t>
            </w:r>
            <w:r w:rsidR="00A42122" w:rsidRPr="006D2DB0">
              <w:rPr>
                <w:rFonts w:cs="Arial"/>
                <w:bCs/>
                <w:sz w:val="22"/>
                <w:lang w:val="en-AU"/>
              </w:rPr>
              <w:t>te.</w:t>
            </w:r>
          </w:p>
        </w:tc>
        <w:sdt>
          <w:sdtPr>
            <w:rPr>
              <w:rFonts w:cs="Arial"/>
              <w:sz w:val="22"/>
            </w:rPr>
            <w:id w:val="-1411996807"/>
            <w:placeholder>
              <w:docPart w:val="29436B92C5F0477986F9286342341B4E"/>
            </w:placeholder>
            <w:showingPlcHdr/>
          </w:sdtPr>
          <w:sdtEndPr/>
          <w:sdtContent>
            <w:tc>
              <w:tcPr>
                <w:tcW w:w="6241" w:type="dxa"/>
                <w:tcMar>
                  <w:top w:w="90" w:type="dxa"/>
                  <w:left w:w="100" w:type="dxa"/>
                  <w:bottom w:w="90" w:type="dxa"/>
                  <w:right w:w="100" w:type="dxa"/>
                </w:tcMar>
                <w:vAlign w:val="center"/>
              </w:tcPr>
              <w:p w14:paraId="6DA0AECD" w14:textId="543C745E" w:rsidR="00F201F3" w:rsidRPr="006D2DB0" w:rsidRDefault="003F2548" w:rsidP="00D2357B">
                <w:pPr>
                  <w:spacing w:after="0"/>
                  <w:rPr>
                    <w:rFonts w:cs="Arial"/>
                    <w:szCs w:val="18"/>
                  </w:rPr>
                </w:pPr>
                <w:r w:rsidRPr="002B0337">
                  <w:rPr>
                    <w:rStyle w:val="PlaceholderText"/>
                  </w:rPr>
                  <w:t>Click or tap here to enter text.</w:t>
                </w:r>
              </w:p>
            </w:tc>
          </w:sdtContent>
        </w:sdt>
      </w:tr>
      <w:tr w:rsidR="00F201F3" w:rsidRPr="006D2DB0" w14:paraId="79FEB188" w14:textId="77777777" w:rsidTr="006B7D30">
        <w:tc>
          <w:tcPr>
            <w:tcW w:w="4531" w:type="dxa"/>
            <w:shd w:val="clear" w:color="auto" w:fill="E7F0F2"/>
            <w:tcMar>
              <w:top w:w="90" w:type="dxa"/>
              <w:left w:w="100" w:type="dxa"/>
              <w:bottom w:w="90" w:type="dxa"/>
              <w:right w:w="100" w:type="dxa"/>
            </w:tcMar>
            <w:vAlign w:val="center"/>
          </w:tcPr>
          <w:p w14:paraId="7A8D3052" w14:textId="311A4748" w:rsidR="00F201F3" w:rsidRPr="006D2DB0" w:rsidRDefault="004A2389" w:rsidP="00D2357B">
            <w:pPr>
              <w:spacing w:after="0"/>
              <w:rPr>
                <w:rFonts w:cs="Arial"/>
                <w:b/>
                <w:sz w:val="22"/>
                <w:lang w:val="en-AU"/>
              </w:rPr>
            </w:pPr>
            <w:r w:rsidRPr="006D2DB0">
              <w:rPr>
                <w:rFonts w:cs="Arial"/>
                <w:b/>
                <w:sz w:val="22"/>
                <w:lang w:val="en-AU"/>
              </w:rPr>
              <w:t>Will people need to lift, carry, push or pull the artwork by hand?</w:t>
            </w:r>
          </w:p>
        </w:tc>
        <w:tc>
          <w:tcPr>
            <w:tcW w:w="6241" w:type="dxa"/>
            <w:tcMar>
              <w:top w:w="90" w:type="dxa"/>
              <w:left w:w="100" w:type="dxa"/>
              <w:bottom w:w="90" w:type="dxa"/>
              <w:right w:w="100" w:type="dxa"/>
            </w:tcMar>
            <w:vAlign w:val="center"/>
          </w:tcPr>
          <w:p w14:paraId="1583BD37" w14:textId="335DC3E0" w:rsidR="00F201F3" w:rsidRPr="006D2DB0" w:rsidRDefault="00DB5C11" w:rsidP="00D2357B">
            <w:pPr>
              <w:spacing w:after="0"/>
              <w:rPr>
                <w:rFonts w:cs="Arial"/>
                <w:szCs w:val="18"/>
              </w:rPr>
            </w:pPr>
            <w:sdt>
              <w:sdtPr>
                <w:rPr>
                  <w:rFonts w:cs="Arial"/>
                  <w:sz w:val="22"/>
                </w:rPr>
                <w:id w:val="209844306"/>
                <w14:checkbox>
                  <w14:checked w14:val="0"/>
                  <w14:checkedState w14:val="2612" w14:font="MS Gothic"/>
                  <w14:uncheckedState w14:val="2610" w14:font="MS Gothic"/>
                </w14:checkbox>
              </w:sdtPr>
              <w:sdtEndPr/>
              <w:sdtContent>
                <w:r w:rsidR="004A2389" w:rsidRPr="006D2DB0">
                  <w:rPr>
                    <w:rFonts w:ascii="Segoe UI Symbol" w:eastAsia="MS Gothic" w:hAnsi="Segoe UI Symbol" w:cs="Segoe UI Symbol"/>
                    <w:sz w:val="22"/>
                  </w:rPr>
                  <w:t>☐</w:t>
                </w:r>
              </w:sdtContent>
            </w:sdt>
            <w:r w:rsidR="004A2389" w:rsidRPr="006D2DB0">
              <w:rPr>
                <w:rFonts w:cs="Arial"/>
                <w:sz w:val="22"/>
              </w:rPr>
              <w:t xml:space="preserve"> Yes    </w:t>
            </w:r>
            <w:sdt>
              <w:sdtPr>
                <w:rPr>
                  <w:rFonts w:cs="Arial"/>
                  <w:sz w:val="22"/>
                </w:rPr>
                <w:id w:val="-1019546375"/>
                <w14:checkbox>
                  <w14:checked w14:val="0"/>
                  <w14:checkedState w14:val="2612" w14:font="MS Gothic"/>
                  <w14:uncheckedState w14:val="2610" w14:font="MS Gothic"/>
                </w14:checkbox>
              </w:sdtPr>
              <w:sdtEndPr/>
              <w:sdtContent>
                <w:r w:rsidR="004A2389" w:rsidRPr="006D2DB0">
                  <w:rPr>
                    <w:rFonts w:ascii="Segoe UI Symbol" w:eastAsia="MS Gothic" w:hAnsi="Segoe UI Symbol" w:cs="Segoe UI Symbol"/>
                    <w:sz w:val="22"/>
                  </w:rPr>
                  <w:t>☐</w:t>
                </w:r>
              </w:sdtContent>
            </w:sdt>
            <w:r w:rsidR="004A2389" w:rsidRPr="006D2DB0">
              <w:rPr>
                <w:rFonts w:cs="Arial"/>
                <w:sz w:val="22"/>
              </w:rPr>
              <w:t xml:space="preserve"> No    </w:t>
            </w:r>
          </w:p>
        </w:tc>
      </w:tr>
      <w:tr w:rsidR="00F201F3" w:rsidRPr="006D2DB0" w14:paraId="6316E614" w14:textId="77777777" w:rsidTr="006B7D30">
        <w:tc>
          <w:tcPr>
            <w:tcW w:w="4531" w:type="dxa"/>
            <w:shd w:val="clear" w:color="auto" w:fill="E7F0F2"/>
            <w:tcMar>
              <w:top w:w="90" w:type="dxa"/>
              <w:left w:w="100" w:type="dxa"/>
              <w:bottom w:w="90" w:type="dxa"/>
              <w:right w:w="100" w:type="dxa"/>
            </w:tcMar>
          </w:tcPr>
          <w:p w14:paraId="3AEDA458" w14:textId="7DC84721" w:rsidR="00F201F3" w:rsidRPr="006D2DB0" w:rsidRDefault="004A2389" w:rsidP="004A2389">
            <w:pPr>
              <w:spacing w:after="0"/>
              <w:rPr>
                <w:rFonts w:cs="Arial"/>
                <w:b/>
                <w:bCs/>
                <w:sz w:val="22"/>
              </w:rPr>
            </w:pPr>
            <w:r w:rsidRPr="006D2DB0">
              <w:rPr>
                <w:rFonts w:cs="Arial"/>
                <w:b/>
                <w:bCs/>
                <w:sz w:val="22"/>
              </w:rPr>
              <w:t xml:space="preserve">How many people are needed </w:t>
            </w:r>
            <w:r w:rsidR="00790CB2" w:rsidRPr="006D2DB0">
              <w:rPr>
                <w:rFonts w:cs="Arial"/>
                <w:b/>
                <w:bCs/>
                <w:sz w:val="22"/>
              </w:rPr>
              <w:t>for handling</w:t>
            </w:r>
            <w:r w:rsidRPr="006D2DB0">
              <w:rPr>
                <w:rFonts w:cs="Arial"/>
                <w:b/>
                <w:bCs/>
                <w:sz w:val="22"/>
              </w:rPr>
              <w:t xml:space="preserve"> the artwork?</w:t>
            </w:r>
            <w:r w:rsidR="00652B62" w:rsidRPr="006D2DB0">
              <w:rPr>
                <w:rFonts w:cs="Arial"/>
                <w:b/>
                <w:bCs/>
                <w:sz w:val="22"/>
              </w:rPr>
              <w:t xml:space="preserve"> </w:t>
            </w:r>
            <w:r w:rsidR="002D66E9" w:rsidRPr="006D2DB0">
              <w:rPr>
                <w:rFonts w:cs="Arial"/>
                <w:sz w:val="22"/>
              </w:rPr>
              <w:t>Limited e</w:t>
            </w:r>
            <w:r w:rsidR="00652B62" w:rsidRPr="006D2DB0">
              <w:rPr>
                <w:rFonts w:cs="Arial"/>
                <w:sz w:val="22"/>
              </w:rPr>
              <w:t>vent staff will be available to assist</w:t>
            </w:r>
            <w:r w:rsidR="0069350B" w:rsidRPr="006D2DB0">
              <w:rPr>
                <w:rFonts w:cs="Arial"/>
                <w:sz w:val="22"/>
              </w:rPr>
              <w:t xml:space="preserve">, so please let us know if you require additional help. </w:t>
            </w:r>
          </w:p>
        </w:tc>
        <w:sdt>
          <w:sdtPr>
            <w:rPr>
              <w:rFonts w:cs="Arial"/>
              <w:sz w:val="22"/>
            </w:rPr>
            <w:id w:val="-1856031293"/>
            <w:placeholder>
              <w:docPart w:val="804BF49E2F874EEFA28E871A650C03DB"/>
            </w:placeholder>
            <w:showingPlcHdr/>
          </w:sdtPr>
          <w:sdtEndPr/>
          <w:sdtContent>
            <w:tc>
              <w:tcPr>
                <w:tcW w:w="6241" w:type="dxa"/>
                <w:tcMar>
                  <w:top w:w="90" w:type="dxa"/>
                  <w:left w:w="100" w:type="dxa"/>
                  <w:bottom w:w="90" w:type="dxa"/>
                  <w:right w:w="100" w:type="dxa"/>
                </w:tcMar>
                <w:vAlign w:val="center"/>
              </w:tcPr>
              <w:p w14:paraId="49C69A36" w14:textId="6DFF4CD9" w:rsidR="00F201F3" w:rsidRPr="006D2DB0" w:rsidRDefault="003F2548" w:rsidP="004A2389">
                <w:pPr>
                  <w:spacing w:after="0"/>
                  <w:rPr>
                    <w:rFonts w:cs="Arial"/>
                  </w:rPr>
                </w:pPr>
                <w:r w:rsidRPr="002B0337">
                  <w:rPr>
                    <w:rStyle w:val="PlaceholderText"/>
                  </w:rPr>
                  <w:t>Click or tap here to enter text.</w:t>
                </w:r>
              </w:p>
            </w:tc>
          </w:sdtContent>
        </w:sdt>
      </w:tr>
      <w:tr w:rsidR="00F201F3" w:rsidRPr="006D2DB0" w14:paraId="10310BFD" w14:textId="77777777" w:rsidTr="006B7D30">
        <w:tc>
          <w:tcPr>
            <w:tcW w:w="4531" w:type="dxa"/>
            <w:shd w:val="clear" w:color="auto" w:fill="E7F0F2"/>
            <w:tcMar>
              <w:top w:w="90" w:type="dxa"/>
              <w:left w:w="100" w:type="dxa"/>
              <w:bottom w:w="90" w:type="dxa"/>
              <w:right w:w="100" w:type="dxa"/>
            </w:tcMar>
            <w:vAlign w:val="center"/>
          </w:tcPr>
          <w:p w14:paraId="00856CA7" w14:textId="74FE1A9A" w:rsidR="00F201F3" w:rsidRPr="006D2DB0" w:rsidRDefault="004A2389" w:rsidP="00D2357B">
            <w:pPr>
              <w:spacing w:after="0"/>
              <w:rPr>
                <w:rFonts w:cs="Arial"/>
                <w:b/>
                <w:sz w:val="22"/>
                <w:lang w:val="en-AU"/>
              </w:rPr>
            </w:pPr>
            <w:r w:rsidRPr="006D2DB0">
              <w:rPr>
                <w:rFonts w:cs="Arial"/>
                <w:b/>
                <w:sz w:val="22"/>
                <w:lang w:val="en-AU"/>
              </w:rPr>
              <w:t>Have you considered the route from the delivery point to the installation location?</w:t>
            </w:r>
            <w:r w:rsidR="00EA0BB7" w:rsidRPr="006D2DB0">
              <w:rPr>
                <w:rFonts w:cs="Arial"/>
                <w:b/>
                <w:sz w:val="22"/>
                <w:lang w:val="en-AU"/>
              </w:rPr>
              <w:t xml:space="preserve"> </w:t>
            </w:r>
            <w:r w:rsidR="00EA0BB7" w:rsidRPr="006D2DB0">
              <w:rPr>
                <w:rFonts w:cs="Arial"/>
                <w:bCs/>
                <w:sz w:val="22"/>
                <w:lang w:val="en-AU"/>
              </w:rPr>
              <w:t xml:space="preserve">Will there be uneven ground conditions, soft sand, steep slope, limited vehicle access? </w:t>
            </w:r>
          </w:p>
        </w:tc>
        <w:sdt>
          <w:sdtPr>
            <w:rPr>
              <w:rFonts w:cs="Arial"/>
              <w:sz w:val="22"/>
            </w:rPr>
            <w:id w:val="565001936"/>
            <w:placeholder>
              <w:docPart w:val="BF82776CE5B643958F81B29C16322CD7"/>
            </w:placeholder>
            <w:showingPlcHdr/>
          </w:sdtPr>
          <w:sdtEndPr/>
          <w:sdtContent>
            <w:tc>
              <w:tcPr>
                <w:tcW w:w="6241" w:type="dxa"/>
                <w:tcMar>
                  <w:top w:w="90" w:type="dxa"/>
                  <w:left w:w="100" w:type="dxa"/>
                  <w:bottom w:w="90" w:type="dxa"/>
                  <w:right w:w="100" w:type="dxa"/>
                </w:tcMar>
                <w:vAlign w:val="center"/>
              </w:tcPr>
              <w:p w14:paraId="19A5FEEA" w14:textId="080828DD" w:rsidR="00F201F3" w:rsidRPr="006D2DB0" w:rsidRDefault="003F2548" w:rsidP="00D2357B">
                <w:pPr>
                  <w:spacing w:after="0"/>
                  <w:rPr>
                    <w:rFonts w:cs="Arial"/>
                    <w:szCs w:val="18"/>
                  </w:rPr>
                </w:pPr>
                <w:r w:rsidRPr="002B0337">
                  <w:rPr>
                    <w:rStyle w:val="PlaceholderText"/>
                  </w:rPr>
                  <w:t>Click or tap here to enter text.</w:t>
                </w:r>
              </w:p>
            </w:tc>
          </w:sdtContent>
        </w:sdt>
      </w:tr>
      <w:tr w:rsidR="00370E10" w:rsidRPr="006D2DB0" w14:paraId="5EAD04EC" w14:textId="77777777" w:rsidTr="006B7D30">
        <w:tc>
          <w:tcPr>
            <w:tcW w:w="4531" w:type="dxa"/>
            <w:shd w:val="clear" w:color="auto" w:fill="E7F0F2"/>
            <w:tcMar>
              <w:top w:w="90" w:type="dxa"/>
              <w:left w:w="100" w:type="dxa"/>
              <w:bottom w:w="90" w:type="dxa"/>
              <w:right w:w="100" w:type="dxa"/>
            </w:tcMar>
            <w:vAlign w:val="center"/>
          </w:tcPr>
          <w:p w14:paraId="02D5926E" w14:textId="5D3CB9C8" w:rsidR="00370E10" w:rsidRDefault="00370E10" w:rsidP="00D2357B">
            <w:pPr>
              <w:spacing w:after="0"/>
              <w:rPr>
                <w:rFonts w:cs="Arial"/>
                <w:b/>
                <w:sz w:val="22"/>
                <w:lang w:val="en-AU"/>
              </w:rPr>
            </w:pPr>
            <w:r>
              <w:rPr>
                <w:rFonts w:cs="Arial"/>
                <w:b/>
                <w:sz w:val="22"/>
                <w:lang w:val="en-AU"/>
              </w:rPr>
              <w:lastRenderedPageBreak/>
              <w:t>If driving on the beach, do you have a recovery plan if your car becomes bogged in the sand? Please describe.</w:t>
            </w:r>
          </w:p>
          <w:p w14:paraId="70EC6CFF" w14:textId="0D0725A5" w:rsidR="00370E10" w:rsidRPr="00370E10" w:rsidRDefault="00370E10" w:rsidP="00D2357B">
            <w:pPr>
              <w:spacing w:after="0"/>
              <w:rPr>
                <w:rFonts w:cs="Arial"/>
                <w:bCs/>
                <w:sz w:val="22"/>
                <w:lang w:val="en-AU"/>
              </w:rPr>
            </w:pPr>
            <w:r>
              <w:rPr>
                <w:rFonts w:cs="Arial"/>
                <w:bCs/>
                <w:sz w:val="22"/>
              </w:rPr>
              <w:t xml:space="preserve">Are you bringing a tire gauge and tire compressor? Where is the closest fuel station to repump tires? It is recommended to lower your </w:t>
            </w:r>
            <w:r w:rsidRPr="00370E10">
              <w:rPr>
                <w:rFonts w:cs="Arial"/>
                <w:bCs/>
                <w:sz w:val="22"/>
              </w:rPr>
              <w:t>tire</w:t>
            </w:r>
            <w:r>
              <w:rPr>
                <w:rFonts w:cs="Arial"/>
                <w:bCs/>
                <w:sz w:val="22"/>
              </w:rPr>
              <w:t>s to 26 PSI to safely drive to the fuel station</w:t>
            </w:r>
            <w:r w:rsidR="00E567D1">
              <w:rPr>
                <w:rFonts w:cs="Arial"/>
                <w:bCs/>
                <w:sz w:val="22"/>
              </w:rPr>
              <w:t xml:space="preserve"> afterwards</w:t>
            </w:r>
            <w:r>
              <w:rPr>
                <w:rFonts w:cs="Arial"/>
                <w:bCs/>
                <w:sz w:val="22"/>
              </w:rPr>
              <w:t>.</w:t>
            </w:r>
            <w:r w:rsidRPr="00370E10">
              <w:rPr>
                <w:rFonts w:cs="Arial"/>
                <w:bCs/>
                <w:sz w:val="22"/>
              </w:rPr>
              <w:t xml:space="preserve"> </w:t>
            </w:r>
          </w:p>
        </w:tc>
        <w:sdt>
          <w:sdtPr>
            <w:rPr>
              <w:rFonts w:cs="Arial"/>
              <w:sz w:val="22"/>
            </w:rPr>
            <w:id w:val="-459719156"/>
            <w:placeholder>
              <w:docPart w:val="B1CACA077EED42EB87E090B14FF39C7F"/>
            </w:placeholder>
            <w:showingPlcHdr/>
          </w:sdtPr>
          <w:sdtContent>
            <w:tc>
              <w:tcPr>
                <w:tcW w:w="6241" w:type="dxa"/>
                <w:tcMar>
                  <w:top w:w="90" w:type="dxa"/>
                  <w:left w:w="100" w:type="dxa"/>
                  <w:bottom w:w="90" w:type="dxa"/>
                  <w:right w:w="100" w:type="dxa"/>
                </w:tcMar>
                <w:vAlign w:val="center"/>
              </w:tcPr>
              <w:p w14:paraId="391E68F3" w14:textId="5106DC55" w:rsidR="00370E10" w:rsidRDefault="00370E10" w:rsidP="00D2357B">
                <w:pPr>
                  <w:spacing w:after="0"/>
                  <w:rPr>
                    <w:rFonts w:cs="Arial"/>
                    <w:sz w:val="22"/>
                  </w:rPr>
                </w:pPr>
                <w:r w:rsidRPr="002B0337">
                  <w:rPr>
                    <w:rStyle w:val="PlaceholderText"/>
                  </w:rPr>
                  <w:t>Click or tap here to enter text.</w:t>
                </w:r>
              </w:p>
            </w:tc>
          </w:sdtContent>
        </w:sdt>
      </w:tr>
    </w:tbl>
    <w:p w14:paraId="1ED0D633" w14:textId="2EB02F0F" w:rsidR="00F201F3" w:rsidRPr="006D2DB0" w:rsidRDefault="00790CB2" w:rsidP="00A005B2">
      <w:pPr>
        <w:pStyle w:val="Heading1"/>
        <w:spacing w:before="240" w:after="0"/>
        <w:rPr>
          <w:rFonts w:ascii="Arial" w:hAnsi="Arial" w:cs="Arial"/>
          <w:szCs w:val="24"/>
        </w:rPr>
      </w:pPr>
      <w:r w:rsidRPr="006D2DB0">
        <w:rPr>
          <w:rFonts w:ascii="Arial" w:hAnsi="Arial" w:cs="Arial"/>
          <w:szCs w:val="24"/>
        </w:rPr>
        <w:t xml:space="preserve">6. </w:t>
      </w:r>
      <w:r w:rsidR="00A02FB0" w:rsidRPr="006D2DB0">
        <w:rPr>
          <w:rFonts w:ascii="Arial" w:hAnsi="Arial" w:cs="Arial"/>
          <w:szCs w:val="24"/>
        </w:rPr>
        <w:t xml:space="preserve">Vehicles, </w:t>
      </w:r>
      <w:r w:rsidR="00EA0BB7" w:rsidRPr="006D2DB0">
        <w:rPr>
          <w:rFonts w:ascii="Arial" w:hAnsi="Arial" w:cs="Arial"/>
          <w:szCs w:val="24"/>
        </w:rPr>
        <w:t>Machinery, Lifting Equipment and Operators</w:t>
      </w:r>
    </w:p>
    <w:p w14:paraId="07792400" w14:textId="3C2C57E2" w:rsidR="00CC425D" w:rsidRPr="006D2DB0" w:rsidRDefault="00CC425D" w:rsidP="00CC425D">
      <w:pPr>
        <w:rPr>
          <w:rFonts w:cs="Arial"/>
          <w:sz w:val="22"/>
        </w:rPr>
      </w:pPr>
      <w:r w:rsidRPr="006D2DB0">
        <w:rPr>
          <w:rFonts w:cs="Arial"/>
          <w:sz w:val="22"/>
        </w:rPr>
        <w:t xml:space="preserve">Complete this section if </w:t>
      </w:r>
      <w:r w:rsidR="00A02FB0" w:rsidRPr="006D2DB0">
        <w:rPr>
          <w:rFonts w:cs="Arial"/>
          <w:sz w:val="22"/>
        </w:rPr>
        <w:t xml:space="preserve">vehicles, </w:t>
      </w:r>
      <w:r w:rsidRPr="006D2DB0">
        <w:rPr>
          <w:rFonts w:cs="Arial"/>
          <w:sz w:val="22"/>
        </w:rPr>
        <w:t>machinery, lifting equipment or licensed operators will be involved in delivering, moving or installing your artwork.</w:t>
      </w:r>
    </w:p>
    <w:p w14:paraId="5406D953" w14:textId="65E5028E" w:rsidR="00CC425D" w:rsidRPr="006D2DB0" w:rsidRDefault="00CC425D" w:rsidP="00CC425D">
      <w:pPr>
        <w:rPr>
          <w:rFonts w:cs="Arial"/>
          <w:sz w:val="22"/>
        </w:rPr>
      </w:pPr>
      <w:r w:rsidRPr="006D2DB0">
        <w:rPr>
          <w:rFonts w:cs="Arial"/>
          <w:sz w:val="22"/>
        </w:rPr>
        <w:t xml:space="preserve">The City requires this information to help plan for safe installation activities and understand any equipment, operators or </w:t>
      </w:r>
      <w:r w:rsidR="00A42122" w:rsidRPr="006D2DB0">
        <w:rPr>
          <w:rFonts w:cs="Arial"/>
          <w:sz w:val="22"/>
        </w:rPr>
        <w:t>licenses</w:t>
      </w:r>
      <w:r w:rsidRPr="006D2DB0">
        <w:rPr>
          <w:rFonts w:cs="Arial"/>
          <w:sz w:val="22"/>
        </w:rPr>
        <w:t xml:space="preserve"> that may be required on site. Examples include </w:t>
      </w:r>
      <w:r w:rsidR="00951974" w:rsidRPr="006D2DB0">
        <w:rPr>
          <w:rFonts w:cs="Arial"/>
          <w:sz w:val="22"/>
        </w:rPr>
        <w:t>four-wheel drive</w:t>
      </w:r>
      <w:r w:rsidR="00A02FB0" w:rsidRPr="006D2DB0">
        <w:rPr>
          <w:rFonts w:cs="Arial"/>
          <w:sz w:val="22"/>
        </w:rPr>
        <w:t xml:space="preserve"> vehicles, </w:t>
      </w:r>
      <w:r w:rsidRPr="006D2DB0">
        <w:rPr>
          <w:rFonts w:cs="Arial"/>
          <w:sz w:val="22"/>
        </w:rPr>
        <w:t xml:space="preserve">forklifts, cranes, </w:t>
      </w:r>
      <w:r w:rsidR="001E3D78" w:rsidRPr="006D2DB0">
        <w:rPr>
          <w:rFonts w:cs="Arial"/>
          <w:sz w:val="22"/>
        </w:rPr>
        <w:t>excavators and other earthmoving machinery,</w:t>
      </w:r>
      <w:r w:rsidRPr="006D2DB0">
        <w:rPr>
          <w:rFonts w:cs="Arial"/>
          <w:sz w:val="22"/>
        </w:rPr>
        <w:t xml:space="preserve"> and other </w:t>
      </w:r>
      <w:r w:rsidR="00A02FB0" w:rsidRPr="006D2DB0">
        <w:rPr>
          <w:rFonts w:cs="Arial"/>
          <w:sz w:val="22"/>
        </w:rPr>
        <w:t>mechanical</w:t>
      </w:r>
      <w:r w:rsidRPr="006D2DB0">
        <w:rPr>
          <w:rFonts w:cs="Arial"/>
          <w:sz w:val="22"/>
        </w:rPr>
        <w:t xml:space="preserve"> lifting equipment</w:t>
      </w:r>
      <w:r w:rsidR="00A02FB0" w:rsidRPr="006D2DB0">
        <w:rPr>
          <w:rFonts w:cs="Arial"/>
          <w:sz w:val="22"/>
        </w:rPr>
        <w:t xml:space="preserve"> or mobile plant</w:t>
      </w:r>
      <w:r w:rsidRPr="006D2DB0">
        <w:rPr>
          <w:rFonts w:cs="Arial"/>
          <w:sz w:val="22"/>
        </w:rPr>
        <w:t>.</w:t>
      </w:r>
      <w:r w:rsidR="00E30446" w:rsidRPr="006D2DB0">
        <w:rPr>
          <w:rFonts w:cs="Arial"/>
          <w:sz w:val="22"/>
        </w:rPr>
        <w:t xml:space="preserve"> </w:t>
      </w:r>
      <w:r w:rsidR="00694015" w:rsidRPr="006D2DB0">
        <w:rPr>
          <w:rFonts w:cs="Arial"/>
          <w:sz w:val="22"/>
        </w:rPr>
        <w:t xml:space="preserve">If you are unsure </w:t>
      </w:r>
      <w:r w:rsidR="007F356C" w:rsidRPr="006D2DB0">
        <w:rPr>
          <w:rFonts w:cs="Arial"/>
          <w:sz w:val="22"/>
        </w:rPr>
        <w:t xml:space="preserve">of any item, </w:t>
      </w:r>
      <w:r w:rsidR="00623803" w:rsidRPr="006D2DB0">
        <w:rPr>
          <w:rFonts w:cs="Arial"/>
          <w:sz w:val="22"/>
        </w:rPr>
        <w:t xml:space="preserve">please </w:t>
      </w:r>
      <w:r w:rsidR="007F356C" w:rsidRPr="006D2DB0">
        <w:rPr>
          <w:rFonts w:cs="Arial"/>
          <w:sz w:val="22"/>
        </w:rPr>
        <w:t>feel free to contact the City</w:t>
      </w:r>
      <w:r w:rsidR="00652B62" w:rsidRPr="006D2DB0">
        <w:rPr>
          <w:rFonts w:cs="Arial"/>
          <w:sz w:val="22"/>
        </w:rPr>
        <w:t>.</w:t>
      </w:r>
      <w:r w:rsidR="00437898" w:rsidRPr="006D2DB0">
        <w:rPr>
          <w:rFonts w:cs="Arial"/>
          <w:sz w:val="22"/>
        </w:rPr>
        <w:t xml:space="preserve"> </w:t>
      </w:r>
      <w:r w:rsidRPr="006D2DB0">
        <w:rPr>
          <w:rFonts w:cs="Arial"/>
          <w:sz w:val="22"/>
        </w:rPr>
        <w:t xml:space="preserve">If no </w:t>
      </w:r>
      <w:r w:rsidR="00A02FB0" w:rsidRPr="006D2DB0">
        <w:rPr>
          <w:rFonts w:cs="Arial"/>
          <w:sz w:val="22"/>
        </w:rPr>
        <w:t xml:space="preserve">vehicles, </w:t>
      </w:r>
      <w:r w:rsidRPr="006D2DB0">
        <w:rPr>
          <w:rFonts w:cs="Arial"/>
          <w:sz w:val="22"/>
        </w:rPr>
        <w:t xml:space="preserve">machinery or </w:t>
      </w:r>
      <w:r w:rsidR="00A02FB0" w:rsidRPr="006D2DB0">
        <w:rPr>
          <w:rFonts w:cs="Arial"/>
          <w:sz w:val="22"/>
        </w:rPr>
        <w:t>mechanical</w:t>
      </w:r>
      <w:r w:rsidRPr="006D2DB0">
        <w:rPr>
          <w:rFonts w:cs="Arial"/>
          <w:sz w:val="22"/>
        </w:rPr>
        <w:t xml:space="preserve"> lifting equipment </w:t>
      </w:r>
      <w:r w:rsidR="00A02FB0" w:rsidRPr="006D2DB0">
        <w:rPr>
          <w:rFonts w:cs="Arial"/>
          <w:sz w:val="22"/>
        </w:rPr>
        <w:t>are</w:t>
      </w:r>
      <w:r w:rsidRPr="006D2DB0">
        <w:rPr>
          <w:rFonts w:cs="Arial"/>
          <w:sz w:val="22"/>
        </w:rPr>
        <w:t xml:space="preserve"> used, this section is not required.</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6241"/>
      </w:tblGrid>
      <w:tr w:rsidR="001E3D78" w:rsidRPr="006D2DB0" w14:paraId="3B0D814D" w14:textId="77777777" w:rsidTr="00F17B25">
        <w:tc>
          <w:tcPr>
            <w:tcW w:w="4531" w:type="dxa"/>
            <w:tcBorders>
              <w:top w:val="single" w:sz="4" w:space="0" w:color="auto"/>
            </w:tcBorders>
            <w:shd w:val="clear" w:color="auto" w:fill="E7F0F2"/>
            <w:tcMar>
              <w:top w:w="90" w:type="dxa"/>
              <w:left w:w="100" w:type="dxa"/>
              <w:bottom w:w="90" w:type="dxa"/>
              <w:right w:w="100" w:type="dxa"/>
            </w:tcMar>
            <w:vAlign w:val="center"/>
          </w:tcPr>
          <w:p w14:paraId="3E189594" w14:textId="36B80779" w:rsidR="001E3D78" w:rsidRPr="006D2DB0" w:rsidRDefault="001E3D78" w:rsidP="00291BC4">
            <w:pPr>
              <w:spacing w:after="0"/>
              <w:rPr>
                <w:rFonts w:cs="Arial"/>
                <w:bCs/>
                <w:sz w:val="22"/>
                <w:lang w:val="en-AU"/>
              </w:rPr>
            </w:pPr>
            <w:r w:rsidRPr="006D2DB0">
              <w:rPr>
                <w:rFonts w:cs="Arial"/>
                <w:b/>
                <w:sz w:val="22"/>
              </w:rPr>
              <w:t xml:space="preserve">Vehicle and equipment type. </w:t>
            </w:r>
            <w:r w:rsidRPr="006D2DB0">
              <w:rPr>
                <w:rFonts w:cs="Arial"/>
                <w:bCs/>
                <w:sz w:val="22"/>
              </w:rPr>
              <w:t>Examples include four-wheel drive, ute, vehicle crane or hoist, forklift, etc.</w:t>
            </w:r>
          </w:p>
        </w:tc>
        <w:sdt>
          <w:sdtPr>
            <w:rPr>
              <w:rFonts w:cs="Arial"/>
              <w:sz w:val="22"/>
            </w:rPr>
            <w:id w:val="-720060725"/>
            <w:placeholder>
              <w:docPart w:val="3AD68AF3C1AF4445BD88FC2E87381081"/>
            </w:placeholder>
            <w:showingPlcHdr/>
          </w:sdtPr>
          <w:sdtEndPr/>
          <w:sdtContent>
            <w:tc>
              <w:tcPr>
                <w:tcW w:w="6241" w:type="dxa"/>
                <w:tcMar>
                  <w:top w:w="90" w:type="dxa"/>
                  <w:left w:w="100" w:type="dxa"/>
                  <w:bottom w:w="90" w:type="dxa"/>
                  <w:right w:w="100" w:type="dxa"/>
                </w:tcMar>
                <w:vAlign w:val="center"/>
              </w:tcPr>
              <w:p w14:paraId="502F20E3" w14:textId="6B3F469B" w:rsidR="001E3D78" w:rsidRPr="006D2DB0" w:rsidRDefault="003F2548" w:rsidP="00291BC4">
                <w:pPr>
                  <w:spacing w:after="0"/>
                  <w:rPr>
                    <w:rFonts w:cs="Arial"/>
                    <w:szCs w:val="18"/>
                  </w:rPr>
                </w:pPr>
                <w:r w:rsidRPr="002B0337">
                  <w:rPr>
                    <w:rStyle w:val="PlaceholderText"/>
                  </w:rPr>
                  <w:t>Click or tap here to enter text.</w:t>
                </w:r>
              </w:p>
            </w:tc>
          </w:sdtContent>
        </w:sdt>
      </w:tr>
      <w:tr w:rsidR="001E3D78" w:rsidRPr="006D2DB0" w14:paraId="4E542B3C" w14:textId="77777777" w:rsidTr="00AA3283">
        <w:tc>
          <w:tcPr>
            <w:tcW w:w="4531" w:type="dxa"/>
            <w:shd w:val="clear" w:color="auto" w:fill="E7F0F2"/>
            <w:tcMar>
              <w:top w:w="90" w:type="dxa"/>
              <w:left w:w="100" w:type="dxa"/>
              <w:bottom w:w="90" w:type="dxa"/>
              <w:right w:w="100" w:type="dxa"/>
            </w:tcMar>
            <w:vAlign w:val="center"/>
          </w:tcPr>
          <w:p w14:paraId="102642D7" w14:textId="1DA89EE6" w:rsidR="001E3D78" w:rsidRPr="006D2DB0" w:rsidRDefault="001E3D78" w:rsidP="00291BC4">
            <w:pPr>
              <w:spacing w:after="0"/>
              <w:rPr>
                <w:rFonts w:cs="Arial"/>
                <w:b/>
                <w:sz w:val="22"/>
                <w:lang w:val="en-AU"/>
              </w:rPr>
            </w:pPr>
            <w:r w:rsidRPr="006D2DB0">
              <w:rPr>
                <w:rFonts w:cs="Arial"/>
                <w:b/>
                <w:sz w:val="22"/>
              </w:rPr>
              <w:t>Maximum lifting capacity (kg)</w:t>
            </w:r>
          </w:p>
        </w:tc>
        <w:sdt>
          <w:sdtPr>
            <w:rPr>
              <w:rFonts w:cs="Arial"/>
              <w:sz w:val="22"/>
            </w:rPr>
            <w:id w:val="1278612345"/>
            <w:placeholder>
              <w:docPart w:val="AE7898835EA7450CA935AFE11384D240"/>
            </w:placeholder>
            <w:showingPlcHdr/>
          </w:sdtPr>
          <w:sdtEndPr/>
          <w:sdtContent>
            <w:tc>
              <w:tcPr>
                <w:tcW w:w="6241" w:type="dxa"/>
                <w:tcBorders>
                  <w:bottom w:val="single" w:sz="4" w:space="0" w:color="auto"/>
                </w:tcBorders>
                <w:tcMar>
                  <w:top w:w="90" w:type="dxa"/>
                  <w:left w:w="100" w:type="dxa"/>
                  <w:bottom w:w="90" w:type="dxa"/>
                  <w:right w:w="100" w:type="dxa"/>
                </w:tcMar>
                <w:vAlign w:val="center"/>
              </w:tcPr>
              <w:p w14:paraId="26DED9BF" w14:textId="334AE44C" w:rsidR="001E3D78" w:rsidRPr="006D2DB0" w:rsidRDefault="003F2548" w:rsidP="00291BC4">
                <w:pPr>
                  <w:spacing w:after="0"/>
                  <w:rPr>
                    <w:rFonts w:cs="Arial"/>
                    <w:szCs w:val="18"/>
                  </w:rPr>
                </w:pPr>
                <w:r w:rsidRPr="002B0337">
                  <w:rPr>
                    <w:rStyle w:val="PlaceholderText"/>
                  </w:rPr>
                  <w:t>Click or tap here to enter text.</w:t>
                </w:r>
              </w:p>
            </w:tc>
          </w:sdtContent>
        </w:sdt>
      </w:tr>
      <w:tr w:rsidR="001E3D78" w:rsidRPr="006D2DB0" w14:paraId="0BCA2C5B" w14:textId="77777777" w:rsidTr="00AA3283">
        <w:trPr>
          <w:trHeight w:val="300"/>
        </w:trPr>
        <w:tc>
          <w:tcPr>
            <w:tcW w:w="4531" w:type="dxa"/>
            <w:vMerge w:val="restart"/>
            <w:tcBorders>
              <w:right w:val="single" w:sz="4" w:space="0" w:color="auto"/>
            </w:tcBorders>
            <w:shd w:val="clear" w:color="auto" w:fill="E7F0F2"/>
            <w:tcMar>
              <w:top w:w="90" w:type="dxa"/>
              <w:left w:w="100" w:type="dxa"/>
              <w:bottom w:w="90" w:type="dxa"/>
              <w:right w:w="100" w:type="dxa"/>
            </w:tcMar>
            <w:vAlign w:val="center"/>
          </w:tcPr>
          <w:p w14:paraId="2C4921ED" w14:textId="77777777" w:rsidR="001E3D78" w:rsidRPr="006D2DB0" w:rsidRDefault="001E3D78" w:rsidP="001E3D78">
            <w:pPr>
              <w:spacing w:after="20"/>
              <w:rPr>
                <w:rFonts w:cs="Arial"/>
                <w:b/>
                <w:sz w:val="22"/>
              </w:rPr>
            </w:pPr>
            <w:r w:rsidRPr="006D2DB0">
              <w:rPr>
                <w:rFonts w:cs="Arial"/>
                <w:b/>
                <w:sz w:val="22"/>
              </w:rPr>
              <w:t>Operator</w:t>
            </w:r>
          </w:p>
          <w:p w14:paraId="5AEF9AB7" w14:textId="303940FF" w:rsidR="001E3D78" w:rsidRPr="006D2DB0" w:rsidRDefault="001E3D78" w:rsidP="001E3D78">
            <w:pPr>
              <w:spacing w:after="0"/>
              <w:rPr>
                <w:rFonts w:cs="Arial"/>
                <w:b/>
                <w:sz w:val="22"/>
              </w:rPr>
            </w:pPr>
            <w:r w:rsidRPr="006D2DB0">
              <w:rPr>
                <w:rFonts w:cs="Arial"/>
                <w:bCs/>
                <w:sz w:val="22"/>
              </w:rPr>
              <w:t xml:space="preserve">Who will operate it? Attach copy of license. </w:t>
            </w:r>
          </w:p>
        </w:tc>
        <w:tc>
          <w:tcPr>
            <w:tcW w:w="6241" w:type="dxa"/>
            <w:tcBorders>
              <w:top w:val="single" w:sz="4" w:space="0" w:color="auto"/>
              <w:left w:val="single" w:sz="4" w:space="0" w:color="auto"/>
              <w:bottom w:val="nil"/>
              <w:right w:val="single" w:sz="4" w:space="0" w:color="auto"/>
            </w:tcBorders>
            <w:tcMar>
              <w:top w:w="90" w:type="dxa"/>
              <w:left w:w="100" w:type="dxa"/>
              <w:bottom w:w="90" w:type="dxa"/>
              <w:right w:w="100" w:type="dxa"/>
            </w:tcMar>
            <w:vAlign w:val="center"/>
          </w:tcPr>
          <w:p w14:paraId="23D3B4C2" w14:textId="58132B19" w:rsidR="001E3D78" w:rsidRPr="006D2DB0" w:rsidRDefault="001E3D78" w:rsidP="00291BC4">
            <w:pPr>
              <w:spacing w:after="0"/>
              <w:rPr>
                <w:rFonts w:cs="Arial"/>
                <w:sz w:val="22"/>
              </w:rPr>
            </w:pPr>
            <w:r w:rsidRPr="006D2DB0">
              <w:rPr>
                <w:rFonts w:cs="Arial"/>
                <w:sz w:val="22"/>
              </w:rPr>
              <w:t xml:space="preserve">Operator name: </w:t>
            </w:r>
            <w:sdt>
              <w:sdtPr>
                <w:rPr>
                  <w:rFonts w:cs="Arial"/>
                  <w:sz w:val="22"/>
                </w:rPr>
                <w:id w:val="-1563325831"/>
                <w:placeholder>
                  <w:docPart w:val="872B4A57ECDB4FA2847BBB6AA1F50973"/>
                </w:placeholder>
                <w:showingPlcHdr/>
              </w:sdtPr>
              <w:sdtEndPr/>
              <w:sdtContent>
                <w:r w:rsidR="003F2548" w:rsidRPr="002B0337">
                  <w:rPr>
                    <w:rStyle w:val="PlaceholderText"/>
                  </w:rPr>
                  <w:t>Click or tap here to enter text.</w:t>
                </w:r>
              </w:sdtContent>
            </w:sdt>
          </w:p>
        </w:tc>
      </w:tr>
      <w:tr w:rsidR="001E3D78" w:rsidRPr="006D2DB0" w14:paraId="7AC8D8BB" w14:textId="77777777" w:rsidTr="00AA3283">
        <w:trPr>
          <w:trHeight w:val="300"/>
        </w:trPr>
        <w:tc>
          <w:tcPr>
            <w:tcW w:w="4531" w:type="dxa"/>
            <w:vMerge/>
            <w:tcBorders>
              <w:right w:val="single" w:sz="4" w:space="0" w:color="auto"/>
            </w:tcBorders>
            <w:shd w:val="clear" w:color="auto" w:fill="E7F0F2"/>
            <w:tcMar>
              <w:top w:w="90" w:type="dxa"/>
              <w:left w:w="100" w:type="dxa"/>
              <w:bottom w:w="90" w:type="dxa"/>
              <w:right w:w="100" w:type="dxa"/>
            </w:tcMar>
            <w:vAlign w:val="center"/>
          </w:tcPr>
          <w:p w14:paraId="70864EC5" w14:textId="77777777" w:rsidR="001E3D78" w:rsidRPr="006D2DB0" w:rsidRDefault="001E3D78" w:rsidP="001E3D78">
            <w:pPr>
              <w:spacing w:after="20"/>
              <w:rPr>
                <w:rFonts w:cs="Arial"/>
                <w:b/>
                <w:sz w:val="22"/>
              </w:rPr>
            </w:pPr>
          </w:p>
        </w:tc>
        <w:tc>
          <w:tcPr>
            <w:tcW w:w="6241" w:type="dxa"/>
            <w:tcBorders>
              <w:top w:val="nil"/>
              <w:left w:val="single" w:sz="4" w:space="0" w:color="auto"/>
              <w:bottom w:val="nil"/>
              <w:right w:val="single" w:sz="4" w:space="0" w:color="auto"/>
            </w:tcBorders>
            <w:tcMar>
              <w:top w:w="90" w:type="dxa"/>
              <w:left w:w="100" w:type="dxa"/>
              <w:bottom w:w="90" w:type="dxa"/>
              <w:right w:w="100" w:type="dxa"/>
            </w:tcMar>
            <w:vAlign w:val="center"/>
          </w:tcPr>
          <w:p w14:paraId="6B88D10D" w14:textId="37100B29" w:rsidR="001E3D78" w:rsidRPr="006D2DB0" w:rsidRDefault="001E3D78" w:rsidP="00291BC4">
            <w:pPr>
              <w:spacing w:after="0"/>
              <w:rPr>
                <w:rFonts w:cs="Arial"/>
                <w:sz w:val="22"/>
              </w:rPr>
            </w:pPr>
            <w:r w:rsidRPr="006D2DB0">
              <w:rPr>
                <w:rFonts w:cs="Arial"/>
                <w:sz w:val="22"/>
              </w:rPr>
              <w:t xml:space="preserve">License class: </w:t>
            </w:r>
            <w:sdt>
              <w:sdtPr>
                <w:rPr>
                  <w:rFonts w:cs="Arial"/>
                  <w:sz w:val="22"/>
                </w:rPr>
                <w:id w:val="1555035973"/>
                <w:placeholder>
                  <w:docPart w:val="705E402E7105445CB716C9B2E64F1932"/>
                </w:placeholder>
                <w:showingPlcHdr/>
              </w:sdtPr>
              <w:sdtEndPr/>
              <w:sdtContent>
                <w:r w:rsidR="003F2548" w:rsidRPr="002B0337">
                  <w:rPr>
                    <w:rStyle w:val="PlaceholderText"/>
                  </w:rPr>
                  <w:t>Click or tap here to enter text.</w:t>
                </w:r>
              </w:sdtContent>
            </w:sdt>
          </w:p>
        </w:tc>
      </w:tr>
      <w:tr w:rsidR="001E3D78" w:rsidRPr="006D2DB0" w14:paraId="090CF987" w14:textId="77777777" w:rsidTr="00AA3283">
        <w:trPr>
          <w:trHeight w:val="300"/>
        </w:trPr>
        <w:tc>
          <w:tcPr>
            <w:tcW w:w="4531" w:type="dxa"/>
            <w:vMerge/>
            <w:tcBorders>
              <w:right w:val="single" w:sz="4" w:space="0" w:color="auto"/>
            </w:tcBorders>
            <w:shd w:val="clear" w:color="auto" w:fill="E7F0F2"/>
            <w:tcMar>
              <w:top w:w="90" w:type="dxa"/>
              <w:left w:w="100" w:type="dxa"/>
              <w:bottom w:w="90" w:type="dxa"/>
              <w:right w:w="100" w:type="dxa"/>
            </w:tcMar>
            <w:vAlign w:val="center"/>
          </w:tcPr>
          <w:p w14:paraId="062F6543" w14:textId="77777777" w:rsidR="001E3D78" w:rsidRPr="006D2DB0" w:rsidRDefault="001E3D78" w:rsidP="001E3D78">
            <w:pPr>
              <w:spacing w:after="20"/>
              <w:rPr>
                <w:rFonts w:cs="Arial"/>
                <w:b/>
                <w:sz w:val="22"/>
              </w:rPr>
            </w:pPr>
          </w:p>
        </w:tc>
        <w:tc>
          <w:tcPr>
            <w:tcW w:w="6241" w:type="dxa"/>
            <w:tcBorders>
              <w:top w:val="nil"/>
              <w:left w:val="single" w:sz="4" w:space="0" w:color="auto"/>
              <w:bottom w:val="single" w:sz="4" w:space="0" w:color="auto"/>
              <w:right w:val="single" w:sz="4" w:space="0" w:color="auto"/>
            </w:tcBorders>
            <w:tcMar>
              <w:top w:w="90" w:type="dxa"/>
              <w:left w:w="100" w:type="dxa"/>
              <w:bottom w:w="90" w:type="dxa"/>
              <w:right w:w="100" w:type="dxa"/>
            </w:tcMar>
            <w:vAlign w:val="center"/>
          </w:tcPr>
          <w:p w14:paraId="634C8165" w14:textId="3FFED0B3" w:rsidR="001E3D78" w:rsidRPr="006D2DB0" w:rsidRDefault="001E3D78" w:rsidP="00291BC4">
            <w:pPr>
              <w:spacing w:after="0"/>
              <w:rPr>
                <w:rFonts w:cs="Arial"/>
                <w:sz w:val="22"/>
              </w:rPr>
            </w:pPr>
            <w:r w:rsidRPr="006D2DB0">
              <w:rPr>
                <w:rFonts w:cs="Arial"/>
                <w:sz w:val="22"/>
              </w:rPr>
              <w:t xml:space="preserve">License number: </w:t>
            </w:r>
            <w:sdt>
              <w:sdtPr>
                <w:rPr>
                  <w:rFonts w:cs="Arial"/>
                  <w:sz w:val="22"/>
                </w:rPr>
                <w:id w:val="219563231"/>
                <w:placeholder>
                  <w:docPart w:val="7969BC8B05C641019B0D33FF3C9949AB"/>
                </w:placeholder>
                <w:showingPlcHdr/>
              </w:sdtPr>
              <w:sdtEndPr/>
              <w:sdtContent>
                <w:r w:rsidR="003F2548" w:rsidRPr="002B0337">
                  <w:rPr>
                    <w:rStyle w:val="PlaceholderText"/>
                  </w:rPr>
                  <w:t>Click or tap here to enter text.</w:t>
                </w:r>
              </w:sdtContent>
            </w:sdt>
          </w:p>
        </w:tc>
      </w:tr>
      <w:tr w:rsidR="001E3D78" w:rsidRPr="006D2DB0" w14:paraId="068EDD39" w14:textId="77777777" w:rsidTr="00AA3283">
        <w:tc>
          <w:tcPr>
            <w:tcW w:w="4531" w:type="dxa"/>
            <w:shd w:val="clear" w:color="auto" w:fill="E7F0F2"/>
            <w:tcMar>
              <w:top w:w="90" w:type="dxa"/>
              <w:left w:w="100" w:type="dxa"/>
              <w:bottom w:w="90" w:type="dxa"/>
              <w:right w:w="100" w:type="dxa"/>
            </w:tcMar>
            <w:vAlign w:val="center"/>
          </w:tcPr>
          <w:p w14:paraId="4A7A3330" w14:textId="77777777" w:rsidR="001E3D78" w:rsidRPr="006D2DB0" w:rsidRDefault="001E3D78" w:rsidP="001E3D78">
            <w:pPr>
              <w:spacing w:after="20"/>
              <w:rPr>
                <w:rFonts w:cs="Arial"/>
                <w:b/>
                <w:sz w:val="22"/>
              </w:rPr>
            </w:pPr>
            <w:r w:rsidRPr="006D2DB0">
              <w:rPr>
                <w:rFonts w:cs="Arial"/>
                <w:b/>
                <w:sz w:val="22"/>
              </w:rPr>
              <w:t>Lifting method and equipment used.</w:t>
            </w:r>
          </w:p>
          <w:p w14:paraId="4D0A98DF" w14:textId="77777777" w:rsidR="001E3D78" w:rsidRPr="006D2DB0" w:rsidRDefault="001E3D78" w:rsidP="001E3D78">
            <w:pPr>
              <w:spacing w:after="20"/>
              <w:rPr>
                <w:rFonts w:cs="Arial"/>
                <w:bCs/>
                <w:sz w:val="22"/>
              </w:rPr>
            </w:pPr>
            <w:r w:rsidRPr="006D2DB0">
              <w:rPr>
                <w:rFonts w:cs="Arial"/>
                <w:bCs/>
                <w:sz w:val="22"/>
              </w:rPr>
              <w:t>How will the artwork be lifted including the</w:t>
            </w:r>
          </w:p>
          <w:p w14:paraId="3A56AC5E" w14:textId="0B610C42" w:rsidR="001E3D78" w:rsidRPr="006D2DB0" w:rsidRDefault="001E3D78" w:rsidP="001E3D78">
            <w:pPr>
              <w:spacing w:after="20"/>
              <w:rPr>
                <w:rFonts w:cs="Arial"/>
                <w:bCs/>
                <w:sz w:val="22"/>
              </w:rPr>
            </w:pPr>
            <w:r w:rsidRPr="006D2DB0">
              <w:rPr>
                <w:rFonts w:cs="Arial"/>
                <w:bCs/>
                <w:sz w:val="22"/>
              </w:rPr>
              <w:t>slinging methods, lifting points and lifting gear? Attach drawing.</w:t>
            </w:r>
          </w:p>
        </w:tc>
        <w:sdt>
          <w:sdtPr>
            <w:rPr>
              <w:rFonts w:cs="Arial"/>
              <w:sz w:val="22"/>
            </w:rPr>
            <w:id w:val="1598908309"/>
            <w:placeholder>
              <w:docPart w:val="1547287132EC46D997C4C898350C9667"/>
            </w:placeholder>
            <w:showingPlcHdr/>
          </w:sdtPr>
          <w:sdtEndPr/>
          <w:sdtContent>
            <w:tc>
              <w:tcPr>
                <w:tcW w:w="6241" w:type="dxa"/>
                <w:tcBorders>
                  <w:top w:val="single" w:sz="4" w:space="0" w:color="auto"/>
                  <w:bottom w:val="single" w:sz="4" w:space="0" w:color="auto"/>
                </w:tcBorders>
                <w:tcMar>
                  <w:top w:w="90" w:type="dxa"/>
                  <w:left w:w="100" w:type="dxa"/>
                  <w:bottom w:w="90" w:type="dxa"/>
                  <w:right w:w="100" w:type="dxa"/>
                </w:tcMar>
                <w:vAlign w:val="center"/>
              </w:tcPr>
              <w:p w14:paraId="114B086C" w14:textId="0928A1EB" w:rsidR="001E3D78" w:rsidRPr="006D2DB0" w:rsidRDefault="003F2548" w:rsidP="00291BC4">
                <w:pPr>
                  <w:spacing w:after="0"/>
                  <w:rPr>
                    <w:rFonts w:cs="Arial"/>
                    <w:szCs w:val="18"/>
                  </w:rPr>
                </w:pPr>
                <w:r w:rsidRPr="002B0337">
                  <w:rPr>
                    <w:rStyle w:val="PlaceholderText"/>
                  </w:rPr>
                  <w:t>Click or tap here to enter text.</w:t>
                </w:r>
              </w:p>
            </w:tc>
          </w:sdtContent>
        </w:sdt>
      </w:tr>
      <w:tr w:rsidR="007D509B" w:rsidRPr="006D2DB0" w14:paraId="2CCB86A8" w14:textId="77777777" w:rsidTr="00AA3283">
        <w:trPr>
          <w:trHeight w:val="400"/>
        </w:trPr>
        <w:tc>
          <w:tcPr>
            <w:tcW w:w="4531" w:type="dxa"/>
            <w:vMerge w:val="restart"/>
            <w:tcBorders>
              <w:right w:val="single" w:sz="4" w:space="0" w:color="auto"/>
            </w:tcBorders>
            <w:shd w:val="clear" w:color="auto" w:fill="E7F0F2"/>
            <w:tcMar>
              <w:top w:w="90" w:type="dxa"/>
              <w:left w:w="100" w:type="dxa"/>
              <w:bottom w:w="90" w:type="dxa"/>
              <w:right w:w="100" w:type="dxa"/>
            </w:tcMar>
            <w:vAlign w:val="center"/>
          </w:tcPr>
          <w:p w14:paraId="506CBFDA" w14:textId="61AADCDD" w:rsidR="007D509B" w:rsidRPr="006D2DB0" w:rsidRDefault="007D509B" w:rsidP="007D509B">
            <w:pPr>
              <w:spacing w:after="20"/>
              <w:rPr>
                <w:rFonts w:cs="Arial"/>
                <w:b/>
                <w:sz w:val="22"/>
              </w:rPr>
            </w:pPr>
            <w:r w:rsidRPr="006D2DB0">
              <w:rPr>
                <w:rFonts w:cs="Arial"/>
                <w:b/>
                <w:sz w:val="22"/>
              </w:rPr>
              <w:t xml:space="preserve">Will the lifting method be performed by a licenced operator? </w:t>
            </w:r>
            <w:r w:rsidRPr="006D2DB0">
              <w:rPr>
                <w:rFonts w:cs="Arial"/>
                <w:bCs/>
                <w:sz w:val="22"/>
              </w:rPr>
              <w:t>Attach copy of license.</w:t>
            </w:r>
          </w:p>
        </w:tc>
        <w:tc>
          <w:tcPr>
            <w:tcW w:w="6241" w:type="dxa"/>
            <w:tcBorders>
              <w:top w:val="single" w:sz="4" w:space="0" w:color="auto"/>
              <w:left w:val="single" w:sz="4" w:space="0" w:color="auto"/>
              <w:bottom w:val="nil"/>
              <w:right w:val="single" w:sz="4" w:space="0" w:color="auto"/>
            </w:tcBorders>
            <w:tcMar>
              <w:top w:w="90" w:type="dxa"/>
              <w:left w:w="100" w:type="dxa"/>
              <w:bottom w:w="90" w:type="dxa"/>
              <w:right w:w="100" w:type="dxa"/>
            </w:tcMar>
            <w:vAlign w:val="center"/>
          </w:tcPr>
          <w:p w14:paraId="7708EF26" w14:textId="0E8AB14D" w:rsidR="007D509B" w:rsidRPr="006D2DB0" w:rsidRDefault="007D509B" w:rsidP="007D509B">
            <w:pPr>
              <w:spacing w:after="0"/>
              <w:rPr>
                <w:rFonts w:cs="Arial"/>
                <w:szCs w:val="18"/>
              </w:rPr>
            </w:pPr>
            <w:r w:rsidRPr="006D2DB0">
              <w:rPr>
                <w:rFonts w:cs="Arial"/>
                <w:sz w:val="22"/>
              </w:rPr>
              <w:t xml:space="preserve">Operator name: </w:t>
            </w:r>
            <w:sdt>
              <w:sdtPr>
                <w:rPr>
                  <w:rFonts w:cs="Arial"/>
                  <w:sz w:val="22"/>
                </w:rPr>
                <w:id w:val="-222841313"/>
                <w:placeholder>
                  <w:docPart w:val="21F1D69E34E24CE0939E409A4A8B4563"/>
                </w:placeholder>
                <w:showingPlcHdr/>
              </w:sdtPr>
              <w:sdtEndPr/>
              <w:sdtContent>
                <w:r w:rsidR="003F2548" w:rsidRPr="002B0337">
                  <w:rPr>
                    <w:rStyle w:val="PlaceholderText"/>
                  </w:rPr>
                  <w:t>Click or tap here to enter text.</w:t>
                </w:r>
              </w:sdtContent>
            </w:sdt>
          </w:p>
        </w:tc>
      </w:tr>
      <w:tr w:rsidR="007D509B" w:rsidRPr="006D2DB0" w14:paraId="0CF57860" w14:textId="77777777" w:rsidTr="00AA3283">
        <w:trPr>
          <w:trHeight w:val="400"/>
        </w:trPr>
        <w:tc>
          <w:tcPr>
            <w:tcW w:w="4531" w:type="dxa"/>
            <w:vMerge/>
            <w:tcBorders>
              <w:right w:val="single" w:sz="4" w:space="0" w:color="auto"/>
            </w:tcBorders>
            <w:shd w:val="clear" w:color="auto" w:fill="E7F0F2"/>
            <w:tcMar>
              <w:top w:w="90" w:type="dxa"/>
              <w:left w:w="100" w:type="dxa"/>
              <w:bottom w:w="90" w:type="dxa"/>
              <w:right w:w="100" w:type="dxa"/>
            </w:tcMar>
            <w:vAlign w:val="center"/>
          </w:tcPr>
          <w:p w14:paraId="31633F77" w14:textId="77777777" w:rsidR="007D509B" w:rsidRPr="006D2DB0" w:rsidRDefault="007D509B" w:rsidP="007D509B">
            <w:pPr>
              <w:spacing w:after="20"/>
              <w:rPr>
                <w:rFonts w:cs="Arial"/>
                <w:b/>
                <w:sz w:val="22"/>
              </w:rPr>
            </w:pPr>
          </w:p>
        </w:tc>
        <w:tc>
          <w:tcPr>
            <w:tcW w:w="6241" w:type="dxa"/>
            <w:tcBorders>
              <w:top w:val="nil"/>
              <w:left w:val="single" w:sz="4" w:space="0" w:color="auto"/>
              <w:bottom w:val="nil"/>
              <w:right w:val="single" w:sz="4" w:space="0" w:color="auto"/>
            </w:tcBorders>
            <w:tcMar>
              <w:top w:w="90" w:type="dxa"/>
              <w:left w:w="100" w:type="dxa"/>
              <w:bottom w:w="90" w:type="dxa"/>
              <w:right w:w="100" w:type="dxa"/>
            </w:tcMar>
            <w:vAlign w:val="center"/>
          </w:tcPr>
          <w:p w14:paraId="478679A5" w14:textId="54D9E887" w:rsidR="007D509B" w:rsidRPr="006D2DB0" w:rsidRDefault="007D509B" w:rsidP="007D509B">
            <w:pPr>
              <w:spacing w:after="0"/>
              <w:rPr>
                <w:rFonts w:cs="Arial"/>
                <w:szCs w:val="18"/>
              </w:rPr>
            </w:pPr>
            <w:r w:rsidRPr="006D2DB0">
              <w:rPr>
                <w:rFonts w:cs="Arial"/>
                <w:sz w:val="22"/>
              </w:rPr>
              <w:t xml:space="preserve">High Risk Work License (HRWL) class: </w:t>
            </w:r>
            <w:sdt>
              <w:sdtPr>
                <w:rPr>
                  <w:rFonts w:cs="Arial"/>
                  <w:sz w:val="22"/>
                </w:rPr>
                <w:id w:val="-977145652"/>
                <w:placeholder>
                  <w:docPart w:val="AF6A0D96EC9C4D12A2BFF965DF8A6130"/>
                </w:placeholder>
                <w:showingPlcHdr/>
              </w:sdtPr>
              <w:sdtEndPr/>
              <w:sdtContent>
                <w:r w:rsidR="003F2548" w:rsidRPr="002B0337">
                  <w:rPr>
                    <w:rStyle w:val="PlaceholderText"/>
                  </w:rPr>
                  <w:t>Click here to enter text.</w:t>
                </w:r>
              </w:sdtContent>
            </w:sdt>
          </w:p>
        </w:tc>
      </w:tr>
      <w:tr w:rsidR="007D509B" w:rsidRPr="006D2DB0" w14:paraId="34648B1A" w14:textId="77777777" w:rsidTr="00AA3283">
        <w:trPr>
          <w:trHeight w:val="400"/>
        </w:trPr>
        <w:tc>
          <w:tcPr>
            <w:tcW w:w="4531" w:type="dxa"/>
            <w:vMerge/>
            <w:tcBorders>
              <w:right w:val="single" w:sz="4" w:space="0" w:color="auto"/>
            </w:tcBorders>
            <w:shd w:val="clear" w:color="auto" w:fill="E7F0F2"/>
            <w:tcMar>
              <w:top w:w="90" w:type="dxa"/>
              <w:left w:w="100" w:type="dxa"/>
              <w:bottom w:w="90" w:type="dxa"/>
              <w:right w:w="100" w:type="dxa"/>
            </w:tcMar>
            <w:vAlign w:val="center"/>
          </w:tcPr>
          <w:p w14:paraId="4017AEA7" w14:textId="77777777" w:rsidR="007D509B" w:rsidRPr="006D2DB0" w:rsidRDefault="007D509B" w:rsidP="007D509B">
            <w:pPr>
              <w:spacing w:after="20"/>
              <w:rPr>
                <w:rFonts w:cs="Arial"/>
                <w:b/>
                <w:sz w:val="22"/>
              </w:rPr>
            </w:pPr>
          </w:p>
        </w:tc>
        <w:tc>
          <w:tcPr>
            <w:tcW w:w="6241" w:type="dxa"/>
            <w:tcBorders>
              <w:top w:val="nil"/>
              <w:left w:val="single" w:sz="4" w:space="0" w:color="auto"/>
              <w:bottom w:val="single" w:sz="4" w:space="0" w:color="auto"/>
              <w:right w:val="single" w:sz="4" w:space="0" w:color="auto"/>
            </w:tcBorders>
            <w:tcMar>
              <w:top w:w="90" w:type="dxa"/>
              <w:left w:w="100" w:type="dxa"/>
              <w:bottom w:w="90" w:type="dxa"/>
              <w:right w:w="100" w:type="dxa"/>
            </w:tcMar>
            <w:vAlign w:val="center"/>
          </w:tcPr>
          <w:p w14:paraId="679403D9" w14:textId="0AD58D30" w:rsidR="007D509B" w:rsidRPr="006D2DB0" w:rsidRDefault="007D509B" w:rsidP="007D509B">
            <w:pPr>
              <w:spacing w:after="0"/>
              <w:rPr>
                <w:rFonts w:cs="Arial"/>
                <w:szCs w:val="18"/>
              </w:rPr>
            </w:pPr>
            <w:r w:rsidRPr="006D2DB0">
              <w:rPr>
                <w:rFonts w:cs="Arial"/>
                <w:sz w:val="22"/>
              </w:rPr>
              <w:t xml:space="preserve">License number: </w:t>
            </w:r>
            <w:sdt>
              <w:sdtPr>
                <w:rPr>
                  <w:rFonts w:cs="Arial"/>
                  <w:sz w:val="22"/>
                </w:rPr>
                <w:id w:val="963778620"/>
                <w:placeholder>
                  <w:docPart w:val="BEEF693750BB4FF4B1F8DB8899C12972"/>
                </w:placeholder>
                <w:showingPlcHdr/>
              </w:sdtPr>
              <w:sdtEndPr/>
              <w:sdtContent>
                <w:r w:rsidR="003F2548" w:rsidRPr="002B0337">
                  <w:rPr>
                    <w:rStyle w:val="PlaceholderText"/>
                  </w:rPr>
                  <w:t>Click or tap here to enter text.</w:t>
                </w:r>
              </w:sdtContent>
            </w:sdt>
          </w:p>
        </w:tc>
      </w:tr>
      <w:tr w:rsidR="007D509B" w:rsidRPr="006D2DB0" w14:paraId="4B8874C1" w14:textId="77777777" w:rsidTr="002560C4">
        <w:tc>
          <w:tcPr>
            <w:tcW w:w="4531" w:type="dxa"/>
            <w:shd w:val="clear" w:color="auto" w:fill="E7F0F2"/>
            <w:tcMar>
              <w:top w:w="90" w:type="dxa"/>
              <w:left w:w="100" w:type="dxa"/>
              <w:bottom w:w="90" w:type="dxa"/>
              <w:right w:w="100" w:type="dxa"/>
            </w:tcMar>
          </w:tcPr>
          <w:p w14:paraId="007BE5D5" w14:textId="74B18D3E" w:rsidR="007D509B" w:rsidRPr="006D2DB0" w:rsidRDefault="007D509B" w:rsidP="00E96757">
            <w:pPr>
              <w:spacing w:after="20"/>
              <w:rPr>
                <w:rFonts w:cs="Arial"/>
                <w:bCs/>
                <w:sz w:val="22"/>
              </w:rPr>
            </w:pPr>
            <w:r w:rsidRPr="006D2DB0">
              <w:rPr>
                <w:rFonts w:cs="Arial"/>
                <w:b/>
                <w:sz w:val="22"/>
              </w:rPr>
              <w:t xml:space="preserve">What is your travel path? </w:t>
            </w:r>
            <w:r w:rsidRPr="006D2DB0">
              <w:rPr>
                <w:rFonts w:cs="Arial"/>
                <w:bCs/>
                <w:sz w:val="22"/>
              </w:rPr>
              <w:t xml:space="preserve">How do you plan to safely use these vehicles/plant/ equipment to move from delivery area to installation location in this busy location? Do </w:t>
            </w:r>
            <w:r w:rsidRPr="006D2DB0">
              <w:rPr>
                <w:rFonts w:cs="Arial"/>
                <w:bCs/>
                <w:sz w:val="22"/>
              </w:rPr>
              <w:lastRenderedPageBreak/>
              <w:t>you need exclusion zones? How will you communicate with spotters, pedestrians, and cyclists?</w:t>
            </w:r>
            <w:r w:rsidR="00E96757" w:rsidRPr="006D2DB0">
              <w:rPr>
                <w:rFonts w:cs="Arial"/>
                <w:sz w:val="22"/>
              </w:rPr>
              <w:t xml:space="preserve"> </w:t>
            </w:r>
            <w:r w:rsidR="00E96757" w:rsidRPr="006D2DB0">
              <w:rPr>
                <w:rFonts w:cs="Arial"/>
                <w:bCs/>
                <w:sz w:val="22"/>
              </w:rPr>
              <w:t xml:space="preserve">Minimum </w:t>
            </w:r>
            <w:r w:rsidRPr="006D2DB0">
              <w:rPr>
                <w:rFonts w:cs="Arial"/>
                <w:sz w:val="22"/>
              </w:rPr>
              <w:t>requirement</w:t>
            </w:r>
            <w:r w:rsidR="00E96757" w:rsidRPr="006D2DB0">
              <w:rPr>
                <w:rFonts w:cs="Arial"/>
                <w:sz w:val="22"/>
              </w:rPr>
              <w:t>s</w:t>
            </w:r>
            <w:r w:rsidRPr="006D2DB0">
              <w:rPr>
                <w:rFonts w:cs="Arial"/>
                <w:sz w:val="22"/>
              </w:rPr>
              <w:t xml:space="preserve"> are exclusion zones of 10 meters controlled by spotters, which can be </w:t>
            </w:r>
            <w:r w:rsidR="00E96757" w:rsidRPr="006D2DB0">
              <w:rPr>
                <w:rFonts w:cs="Arial"/>
                <w:sz w:val="22"/>
              </w:rPr>
              <w:t>assisted</w:t>
            </w:r>
            <w:r w:rsidRPr="006D2DB0">
              <w:rPr>
                <w:rFonts w:cs="Arial"/>
                <w:sz w:val="22"/>
              </w:rPr>
              <w:t xml:space="preserve"> by event volunteers, and 10km/hr speed limit maximum.</w:t>
            </w:r>
          </w:p>
        </w:tc>
        <w:sdt>
          <w:sdtPr>
            <w:rPr>
              <w:rFonts w:cs="Arial"/>
              <w:sz w:val="22"/>
            </w:rPr>
            <w:id w:val="-1921716881"/>
            <w:placeholder>
              <w:docPart w:val="5FB0273063774A659629046F2305DE3F"/>
            </w:placeholder>
            <w:showingPlcHdr/>
          </w:sdtPr>
          <w:sdtEndPr/>
          <w:sdtContent>
            <w:tc>
              <w:tcPr>
                <w:tcW w:w="6241" w:type="dxa"/>
                <w:tcMar>
                  <w:top w:w="90" w:type="dxa"/>
                  <w:left w:w="100" w:type="dxa"/>
                  <w:bottom w:w="90" w:type="dxa"/>
                  <w:right w:w="100" w:type="dxa"/>
                </w:tcMar>
                <w:vAlign w:val="center"/>
              </w:tcPr>
              <w:p w14:paraId="2C2CBE2C" w14:textId="0FBEF293" w:rsidR="007D509B" w:rsidRPr="006D2DB0" w:rsidRDefault="003F2548" w:rsidP="007D509B">
                <w:pPr>
                  <w:spacing w:after="0"/>
                  <w:rPr>
                    <w:rFonts w:cs="Arial"/>
                    <w:szCs w:val="18"/>
                  </w:rPr>
                </w:pPr>
                <w:r w:rsidRPr="002B0337">
                  <w:rPr>
                    <w:rStyle w:val="PlaceholderText"/>
                  </w:rPr>
                  <w:t>Click or tap here to enter text.</w:t>
                </w:r>
              </w:p>
            </w:tc>
          </w:sdtContent>
        </w:sdt>
      </w:tr>
    </w:tbl>
    <w:p w14:paraId="5864402E" w14:textId="648ADE90" w:rsidR="00F201F3" w:rsidRPr="006D2DB0" w:rsidRDefault="00394CBC" w:rsidP="00A005B2">
      <w:pPr>
        <w:pStyle w:val="Heading1"/>
        <w:spacing w:before="240" w:after="0"/>
        <w:rPr>
          <w:rFonts w:ascii="Arial" w:hAnsi="Arial" w:cs="Arial"/>
          <w:szCs w:val="24"/>
        </w:rPr>
      </w:pPr>
      <w:r w:rsidRPr="006D2DB0">
        <w:rPr>
          <w:rFonts w:ascii="Arial" w:hAnsi="Arial" w:cs="Arial"/>
          <w:szCs w:val="24"/>
        </w:rPr>
        <w:t>7</w:t>
      </w:r>
      <w:r w:rsidR="00790CB2" w:rsidRPr="006D2DB0">
        <w:rPr>
          <w:rFonts w:ascii="Arial" w:hAnsi="Arial" w:cs="Arial"/>
          <w:szCs w:val="24"/>
        </w:rPr>
        <w:t>. Additional Hazards / Controls and Attachments</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6241"/>
      </w:tblGrid>
      <w:tr w:rsidR="00F201F3" w:rsidRPr="006D2DB0" w14:paraId="154C4292" w14:textId="77777777" w:rsidTr="006B7D30">
        <w:tc>
          <w:tcPr>
            <w:tcW w:w="4531" w:type="dxa"/>
            <w:shd w:val="clear" w:color="auto" w:fill="E7F0F2"/>
            <w:tcMar>
              <w:top w:w="90" w:type="dxa"/>
              <w:left w:w="100" w:type="dxa"/>
              <w:bottom w:w="90" w:type="dxa"/>
              <w:right w:w="100" w:type="dxa"/>
            </w:tcMar>
            <w:vAlign w:val="center"/>
          </w:tcPr>
          <w:p w14:paraId="0DBA8EE4" w14:textId="77777777" w:rsidR="00F201F3" w:rsidRPr="006D2DB0" w:rsidRDefault="003F4FDA">
            <w:pPr>
              <w:spacing w:after="20"/>
              <w:rPr>
                <w:rFonts w:cs="Arial"/>
                <w:b/>
                <w:sz w:val="22"/>
              </w:rPr>
            </w:pPr>
            <w:r w:rsidRPr="006D2DB0">
              <w:rPr>
                <w:rFonts w:cs="Arial"/>
                <w:b/>
                <w:sz w:val="22"/>
              </w:rPr>
              <w:t>Are there any safety risks we should be aware of, and how will they be managed?</w:t>
            </w:r>
          </w:p>
          <w:p w14:paraId="18FF02AC" w14:textId="4F147917" w:rsidR="003F4FDA" w:rsidRPr="006D2DB0" w:rsidRDefault="003F4FDA">
            <w:pPr>
              <w:spacing w:after="20"/>
              <w:rPr>
                <w:rFonts w:cs="Arial"/>
                <w:bCs/>
                <w:szCs w:val="18"/>
              </w:rPr>
            </w:pPr>
            <w:r w:rsidRPr="006D2DB0">
              <w:rPr>
                <w:rFonts w:cs="Arial"/>
                <w:bCs/>
                <w:sz w:val="22"/>
              </w:rPr>
              <w:t>Examples: sharp edges covered during install</w:t>
            </w:r>
            <w:r w:rsidR="00DE4BE5" w:rsidRPr="006D2DB0">
              <w:rPr>
                <w:rFonts w:cs="Arial"/>
                <w:bCs/>
                <w:sz w:val="22"/>
              </w:rPr>
              <w:t>.</w:t>
            </w:r>
          </w:p>
        </w:tc>
        <w:sdt>
          <w:sdtPr>
            <w:rPr>
              <w:rFonts w:cs="Arial"/>
              <w:sz w:val="22"/>
            </w:rPr>
            <w:id w:val="929470078"/>
            <w:placeholder>
              <w:docPart w:val="9F0E768C63E4429CA8E2C044AECF5C14"/>
            </w:placeholder>
            <w:showingPlcHdr/>
          </w:sdtPr>
          <w:sdtEndPr/>
          <w:sdtContent>
            <w:tc>
              <w:tcPr>
                <w:tcW w:w="6241" w:type="dxa"/>
                <w:tcMar>
                  <w:top w:w="90" w:type="dxa"/>
                  <w:left w:w="100" w:type="dxa"/>
                  <w:bottom w:w="90" w:type="dxa"/>
                  <w:right w:w="100" w:type="dxa"/>
                </w:tcMar>
                <w:vAlign w:val="center"/>
              </w:tcPr>
              <w:p w14:paraId="0A1651C9" w14:textId="5AFC34B6" w:rsidR="00F201F3" w:rsidRPr="006D2DB0" w:rsidRDefault="003F2548">
                <w:pPr>
                  <w:spacing w:after="20"/>
                  <w:rPr>
                    <w:rFonts w:cs="Arial"/>
                    <w:szCs w:val="18"/>
                  </w:rPr>
                </w:pPr>
                <w:r w:rsidRPr="002B0337">
                  <w:rPr>
                    <w:rStyle w:val="PlaceholderText"/>
                  </w:rPr>
                  <w:t>Click or tap here to enter text.</w:t>
                </w:r>
              </w:p>
            </w:tc>
          </w:sdtContent>
        </w:sdt>
      </w:tr>
    </w:tbl>
    <w:p w14:paraId="1346B8BF" w14:textId="3C385F39" w:rsidR="00F201F3" w:rsidRPr="006D2DB0" w:rsidRDefault="00394CBC" w:rsidP="00A005B2">
      <w:pPr>
        <w:pStyle w:val="Heading1"/>
        <w:spacing w:before="240" w:after="0"/>
        <w:rPr>
          <w:rFonts w:ascii="Arial" w:hAnsi="Arial" w:cs="Arial"/>
          <w:sz w:val="22"/>
          <w:szCs w:val="22"/>
        </w:rPr>
      </w:pPr>
      <w:r w:rsidRPr="006D2DB0">
        <w:rPr>
          <w:rFonts w:ascii="Arial" w:hAnsi="Arial" w:cs="Arial"/>
          <w:szCs w:val="24"/>
        </w:rPr>
        <w:t>8</w:t>
      </w:r>
      <w:r w:rsidR="00790CB2" w:rsidRPr="006D2DB0">
        <w:rPr>
          <w:rFonts w:ascii="Arial" w:hAnsi="Arial" w:cs="Arial"/>
          <w:szCs w:val="24"/>
        </w:rPr>
        <w:t xml:space="preserve">. Artist / </w:t>
      </w:r>
      <w:r w:rsidR="00947C91" w:rsidRPr="006D2DB0">
        <w:rPr>
          <w:rFonts w:ascii="Arial" w:hAnsi="Arial" w:cs="Arial"/>
          <w:szCs w:val="24"/>
        </w:rPr>
        <w:t>School</w:t>
      </w:r>
      <w:r w:rsidR="00790CB2" w:rsidRPr="006D2DB0">
        <w:rPr>
          <w:rFonts w:ascii="Arial" w:hAnsi="Arial" w:cs="Arial"/>
          <w:szCs w:val="24"/>
        </w:rPr>
        <w:t xml:space="preserve"> Declaration</w:t>
      </w:r>
    </w:p>
    <w:p w14:paraId="1B2A31FC" w14:textId="77777777" w:rsidR="00F201F3" w:rsidRPr="006D2DB0" w:rsidRDefault="00790CB2">
      <w:pPr>
        <w:spacing w:after="100"/>
        <w:rPr>
          <w:rFonts w:cs="Arial"/>
          <w:sz w:val="22"/>
        </w:rPr>
      </w:pPr>
      <w:r w:rsidRPr="006D2DB0">
        <w:rPr>
          <w:rFonts w:cs="Arial"/>
          <w:sz w:val="22"/>
        </w:rPr>
        <w:t>I confirm that the information provided in this checklist is accurate to the best of my knowledge. I will follow the agreed transport, lifting and installation arrangements and notify the City/event representative of any material change before work proceeds.</w:t>
      </w:r>
    </w:p>
    <w:tbl>
      <w:tblPr>
        <w:tblW w:w="10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8362"/>
      </w:tblGrid>
      <w:tr w:rsidR="00947C91" w:rsidRPr="006D2DB0" w14:paraId="38F57D2E" w14:textId="77777777" w:rsidTr="00BE4939">
        <w:tc>
          <w:tcPr>
            <w:tcW w:w="2410" w:type="dxa"/>
            <w:vMerge w:val="restart"/>
            <w:shd w:val="clear" w:color="auto" w:fill="E7F0F2"/>
            <w:tcMar>
              <w:top w:w="90" w:type="dxa"/>
              <w:left w:w="100" w:type="dxa"/>
              <w:bottom w:w="90" w:type="dxa"/>
              <w:right w:w="100" w:type="dxa"/>
            </w:tcMar>
            <w:vAlign w:val="center"/>
          </w:tcPr>
          <w:p w14:paraId="3CCC45AC" w14:textId="77777777" w:rsidR="00947C91" w:rsidRPr="006D2DB0" w:rsidRDefault="00947C91" w:rsidP="00CA492A">
            <w:pPr>
              <w:spacing w:after="0"/>
              <w:rPr>
                <w:rFonts w:cs="Arial"/>
                <w:sz w:val="22"/>
              </w:rPr>
            </w:pPr>
            <w:r w:rsidRPr="006D2DB0">
              <w:rPr>
                <w:rFonts w:cs="Arial"/>
                <w:b/>
                <w:sz w:val="22"/>
              </w:rPr>
              <w:t>Name</w:t>
            </w:r>
          </w:p>
        </w:tc>
        <w:tc>
          <w:tcPr>
            <w:tcW w:w="8362" w:type="dxa"/>
            <w:tcMar>
              <w:top w:w="90" w:type="dxa"/>
              <w:left w:w="100" w:type="dxa"/>
              <w:bottom w:w="90" w:type="dxa"/>
              <w:right w:w="100" w:type="dxa"/>
            </w:tcMar>
            <w:vAlign w:val="center"/>
          </w:tcPr>
          <w:p w14:paraId="0399A903" w14:textId="7D3689E8" w:rsidR="00947C91" w:rsidRPr="006D2DB0" w:rsidRDefault="00947C91" w:rsidP="00CA492A">
            <w:pPr>
              <w:spacing w:after="0"/>
              <w:rPr>
                <w:rFonts w:cs="Arial"/>
                <w:sz w:val="22"/>
              </w:rPr>
            </w:pPr>
            <w:r w:rsidRPr="006D2DB0">
              <w:rPr>
                <w:rFonts w:cs="Arial"/>
                <w:b/>
                <w:sz w:val="22"/>
              </w:rPr>
              <w:t>Signature</w:t>
            </w:r>
            <w:r w:rsidR="003F2548">
              <w:rPr>
                <w:rFonts w:cs="Arial"/>
                <w:b/>
                <w:sz w:val="22"/>
              </w:rPr>
              <w:t xml:space="preserve"> (type or sign)</w:t>
            </w:r>
            <w:r w:rsidRPr="006D2DB0">
              <w:rPr>
                <w:rFonts w:cs="Arial"/>
                <w:b/>
                <w:sz w:val="22"/>
              </w:rPr>
              <w:t>:</w:t>
            </w:r>
            <w:r w:rsidR="003F2548">
              <w:rPr>
                <w:rFonts w:cs="Arial"/>
                <w:b/>
                <w:sz w:val="22"/>
              </w:rPr>
              <w:t xml:space="preserve"> </w:t>
            </w:r>
            <w:sdt>
              <w:sdtPr>
                <w:rPr>
                  <w:rFonts w:cs="Arial"/>
                  <w:sz w:val="22"/>
                </w:rPr>
                <w:id w:val="-745957267"/>
                <w:placeholder>
                  <w:docPart w:val="812591F5424F4AED8F8D2210A8C5A7F6"/>
                </w:placeholder>
                <w:showingPlcHdr/>
              </w:sdtPr>
              <w:sdtEndPr/>
              <w:sdtContent>
                <w:r w:rsidR="003F2548" w:rsidRPr="002B0337">
                  <w:rPr>
                    <w:rStyle w:val="PlaceholderText"/>
                  </w:rPr>
                  <w:t>Click or tap here to enter text.</w:t>
                </w:r>
              </w:sdtContent>
            </w:sdt>
          </w:p>
        </w:tc>
      </w:tr>
      <w:tr w:rsidR="00947C91" w:rsidRPr="006D2DB0" w14:paraId="19862E1E" w14:textId="77777777" w:rsidTr="00BE4939">
        <w:tc>
          <w:tcPr>
            <w:tcW w:w="2410" w:type="dxa"/>
            <w:vMerge/>
            <w:shd w:val="clear" w:color="auto" w:fill="E7F0F2"/>
            <w:tcMar>
              <w:top w:w="90" w:type="dxa"/>
              <w:left w:w="100" w:type="dxa"/>
              <w:bottom w:w="90" w:type="dxa"/>
              <w:right w:w="100" w:type="dxa"/>
            </w:tcMar>
            <w:vAlign w:val="center"/>
          </w:tcPr>
          <w:p w14:paraId="23AECF64" w14:textId="77777777" w:rsidR="00947C91" w:rsidRPr="006D2DB0" w:rsidRDefault="00947C91" w:rsidP="00CA492A">
            <w:pPr>
              <w:spacing w:after="0"/>
              <w:rPr>
                <w:rFonts w:cs="Arial"/>
                <w:b/>
                <w:sz w:val="22"/>
              </w:rPr>
            </w:pPr>
          </w:p>
        </w:tc>
        <w:tc>
          <w:tcPr>
            <w:tcW w:w="8362" w:type="dxa"/>
            <w:tcMar>
              <w:top w:w="90" w:type="dxa"/>
              <w:left w:w="100" w:type="dxa"/>
              <w:bottom w:w="90" w:type="dxa"/>
              <w:right w:w="100" w:type="dxa"/>
            </w:tcMar>
            <w:vAlign w:val="center"/>
          </w:tcPr>
          <w:p w14:paraId="045705CD" w14:textId="6F91BE7A" w:rsidR="00947C91" w:rsidRPr="006D2DB0" w:rsidRDefault="00947C91" w:rsidP="00CA492A">
            <w:pPr>
              <w:spacing w:after="0"/>
              <w:rPr>
                <w:rFonts w:cs="Arial"/>
                <w:b/>
                <w:sz w:val="22"/>
              </w:rPr>
            </w:pPr>
            <w:r w:rsidRPr="006D2DB0">
              <w:rPr>
                <w:rFonts w:cs="Arial"/>
                <w:b/>
                <w:sz w:val="22"/>
              </w:rPr>
              <w:t>Name:</w:t>
            </w:r>
            <w:r w:rsidR="003F2548">
              <w:rPr>
                <w:rFonts w:cs="Arial"/>
                <w:sz w:val="22"/>
              </w:rPr>
              <w:t xml:space="preserve"> </w:t>
            </w:r>
            <w:sdt>
              <w:sdtPr>
                <w:rPr>
                  <w:rFonts w:cs="Arial"/>
                  <w:sz w:val="22"/>
                </w:rPr>
                <w:id w:val="472724261"/>
                <w:placeholder>
                  <w:docPart w:val="F19DF0099F12434D87D84EA1FC345862"/>
                </w:placeholder>
                <w:showingPlcHdr/>
              </w:sdtPr>
              <w:sdtEndPr/>
              <w:sdtContent>
                <w:r w:rsidR="003F2548" w:rsidRPr="002B0337">
                  <w:rPr>
                    <w:rStyle w:val="PlaceholderText"/>
                  </w:rPr>
                  <w:t>Click or tap here to enter text.</w:t>
                </w:r>
              </w:sdtContent>
            </w:sdt>
          </w:p>
        </w:tc>
      </w:tr>
      <w:tr w:rsidR="00BE4939" w:rsidRPr="006D2DB0" w14:paraId="23491681" w14:textId="20AA6468" w:rsidTr="00BE4939">
        <w:tc>
          <w:tcPr>
            <w:tcW w:w="2410" w:type="dxa"/>
            <w:vMerge/>
            <w:shd w:val="clear" w:color="auto" w:fill="E7F0F2"/>
            <w:tcMar>
              <w:top w:w="90" w:type="dxa"/>
              <w:left w:w="100" w:type="dxa"/>
              <w:bottom w:w="90" w:type="dxa"/>
              <w:right w:w="100" w:type="dxa"/>
            </w:tcMar>
            <w:vAlign w:val="center"/>
          </w:tcPr>
          <w:p w14:paraId="3CD0242E" w14:textId="2EB77A34" w:rsidR="00BE4939" w:rsidRPr="006D2DB0" w:rsidRDefault="00BE4939" w:rsidP="00CA492A">
            <w:pPr>
              <w:spacing w:after="0"/>
              <w:rPr>
                <w:rFonts w:cs="Arial"/>
                <w:sz w:val="22"/>
              </w:rPr>
            </w:pPr>
          </w:p>
        </w:tc>
        <w:tc>
          <w:tcPr>
            <w:tcW w:w="8362" w:type="dxa"/>
            <w:tcMar>
              <w:top w:w="90" w:type="dxa"/>
              <w:left w:w="100" w:type="dxa"/>
              <w:bottom w:w="90" w:type="dxa"/>
              <w:right w:w="100" w:type="dxa"/>
            </w:tcMar>
            <w:vAlign w:val="center"/>
          </w:tcPr>
          <w:p w14:paraId="1808C3B8" w14:textId="20C97B11" w:rsidR="00BE4939" w:rsidRPr="006D2DB0" w:rsidRDefault="00BE4939" w:rsidP="00CA492A">
            <w:pPr>
              <w:spacing w:after="0"/>
              <w:rPr>
                <w:rFonts w:cs="Arial"/>
                <w:sz w:val="22"/>
              </w:rPr>
            </w:pPr>
            <w:r w:rsidRPr="006D2DB0">
              <w:rPr>
                <w:rFonts w:cs="Arial"/>
                <w:b/>
                <w:sz w:val="22"/>
              </w:rPr>
              <w:t>Date:</w:t>
            </w:r>
            <w:r w:rsidRPr="006D2DB0">
              <w:rPr>
                <w:rFonts w:cs="Arial"/>
                <w:szCs w:val="18"/>
              </w:rPr>
              <w:t xml:space="preserve"> </w:t>
            </w:r>
            <w:sdt>
              <w:sdtPr>
                <w:rPr>
                  <w:rFonts w:cs="Arial"/>
                  <w:sz w:val="22"/>
                </w:rPr>
                <w:id w:val="-1970727598"/>
                <w:placeholder>
                  <w:docPart w:val="C291525F62F14810ADC850E3DB0E9B47"/>
                </w:placeholder>
                <w:showingPlcHdr/>
              </w:sdtPr>
              <w:sdtEndPr/>
              <w:sdtContent>
                <w:r w:rsidR="003F2548" w:rsidRPr="002B0337">
                  <w:rPr>
                    <w:rStyle w:val="PlaceholderText"/>
                  </w:rPr>
                  <w:t>Click or tap here to enter text.</w:t>
                </w:r>
              </w:sdtContent>
            </w:sdt>
          </w:p>
        </w:tc>
      </w:tr>
    </w:tbl>
    <w:p w14:paraId="06A40E05" w14:textId="3F1AB73A" w:rsidR="001946B9" w:rsidRPr="006D2DB0" w:rsidRDefault="001946B9">
      <w:pPr>
        <w:pStyle w:val="Heading1"/>
        <w:pBdr>
          <w:bottom w:val="single" w:sz="12" w:space="1" w:color="auto"/>
        </w:pBdr>
        <w:rPr>
          <w:rFonts w:ascii="Arial" w:hAnsi="Arial" w:cs="Arial"/>
          <w:sz w:val="18"/>
          <w:szCs w:val="18"/>
        </w:rPr>
      </w:pPr>
    </w:p>
    <w:p w14:paraId="3CF6896F" w14:textId="7BC9C553" w:rsidR="00F201F3" w:rsidRPr="006D2DB0" w:rsidRDefault="00790CB2">
      <w:pPr>
        <w:pStyle w:val="Heading1"/>
        <w:rPr>
          <w:rFonts w:ascii="Arial" w:hAnsi="Arial" w:cs="Arial"/>
          <w:sz w:val="18"/>
          <w:szCs w:val="18"/>
        </w:rPr>
      </w:pPr>
      <w:r w:rsidRPr="006D2DB0">
        <w:rPr>
          <w:rFonts w:ascii="Arial" w:hAnsi="Arial" w:cs="Arial"/>
          <w:sz w:val="18"/>
          <w:szCs w:val="18"/>
        </w:rPr>
        <w:t>Event / WHS Review (office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8391"/>
      </w:tblGrid>
      <w:tr w:rsidR="00F201F3" w:rsidRPr="006D2DB0" w14:paraId="49B22DB0" w14:textId="77777777" w:rsidTr="00947C91">
        <w:tc>
          <w:tcPr>
            <w:tcW w:w="2381" w:type="dxa"/>
            <w:shd w:val="clear" w:color="auto" w:fill="E7F0F2"/>
            <w:tcMar>
              <w:top w:w="90" w:type="dxa"/>
              <w:left w:w="100" w:type="dxa"/>
              <w:bottom w:w="90" w:type="dxa"/>
              <w:right w:w="100" w:type="dxa"/>
            </w:tcMar>
            <w:vAlign w:val="center"/>
          </w:tcPr>
          <w:p w14:paraId="59033733" w14:textId="77777777" w:rsidR="00F201F3" w:rsidRPr="006D2DB0" w:rsidRDefault="00790CB2">
            <w:pPr>
              <w:spacing w:after="20"/>
              <w:rPr>
                <w:rFonts w:cs="Arial"/>
                <w:szCs w:val="18"/>
              </w:rPr>
            </w:pPr>
            <w:r w:rsidRPr="006D2DB0">
              <w:rPr>
                <w:rFonts w:cs="Arial"/>
                <w:b/>
                <w:szCs w:val="18"/>
              </w:rPr>
              <w:t>Reviewed by</w:t>
            </w:r>
          </w:p>
        </w:tc>
        <w:sdt>
          <w:sdtPr>
            <w:rPr>
              <w:rFonts w:cs="Arial"/>
              <w:sz w:val="22"/>
            </w:rPr>
            <w:id w:val="-1897110164"/>
            <w:placeholder>
              <w:docPart w:val="412BB4B812624A17BB652E579E54F3DE"/>
            </w:placeholder>
            <w:showingPlcHdr/>
          </w:sdtPr>
          <w:sdtEndPr/>
          <w:sdtContent>
            <w:tc>
              <w:tcPr>
                <w:tcW w:w="8391" w:type="dxa"/>
                <w:tcMar>
                  <w:top w:w="90" w:type="dxa"/>
                  <w:left w:w="100" w:type="dxa"/>
                  <w:bottom w:w="90" w:type="dxa"/>
                  <w:right w:w="100" w:type="dxa"/>
                </w:tcMar>
                <w:vAlign w:val="center"/>
              </w:tcPr>
              <w:p w14:paraId="6B698221" w14:textId="25EF3E0D" w:rsidR="00F201F3" w:rsidRPr="006D2DB0" w:rsidRDefault="003F2548">
                <w:pPr>
                  <w:spacing w:after="20"/>
                  <w:rPr>
                    <w:rFonts w:cs="Arial"/>
                    <w:szCs w:val="18"/>
                  </w:rPr>
                </w:pPr>
                <w:r w:rsidRPr="002B0337">
                  <w:rPr>
                    <w:rStyle w:val="PlaceholderText"/>
                  </w:rPr>
                  <w:t>Click or tap here to enter text.</w:t>
                </w:r>
              </w:p>
            </w:tc>
          </w:sdtContent>
        </w:sdt>
      </w:tr>
      <w:tr w:rsidR="00F201F3" w:rsidRPr="006D2DB0" w14:paraId="61CE0E80" w14:textId="77777777" w:rsidTr="00947C91">
        <w:tc>
          <w:tcPr>
            <w:tcW w:w="2381" w:type="dxa"/>
            <w:shd w:val="clear" w:color="auto" w:fill="E7F0F2"/>
            <w:tcMar>
              <w:top w:w="90" w:type="dxa"/>
              <w:left w:w="100" w:type="dxa"/>
              <w:bottom w:w="90" w:type="dxa"/>
              <w:right w:w="100" w:type="dxa"/>
            </w:tcMar>
            <w:vAlign w:val="center"/>
          </w:tcPr>
          <w:p w14:paraId="538FA2F6" w14:textId="77777777" w:rsidR="00F201F3" w:rsidRPr="006D2DB0" w:rsidRDefault="00790CB2">
            <w:pPr>
              <w:spacing w:after="20"/>
              <w:rPr>
                <w:rFonts w:cs="Arial"/>
                <w:szCs w:val="18"/>
              </w:rPr>
            </w:pPr>
            <w:r w:rsidRPr="006D2DB0">
              <w:rPr>
                <w:rFonts w:cs="Arial"/>
                <w:b/>
                <w:szCs w:val="18"/>
              </w:rPr>
              <w:t>Date</w:t>
            </w:r>
          </w:p>
        </w:tc>
        <w:tc>
          <w:tcPr>
            <w:tcW w:w="8391" w:type="dxa"/>
            <w:tcMar>
              <w:top w:w="90" w:type="dxa"/>
              <w:left w:w="100" w:type="dxa"/>
              <w:bottom w:w="90" w:type="dxa"/>
              <w:right w:w="100" w:type="dxa"/>
            </w:tcMar>
            <w:vAlign w:val="center"/>
          </w:tcPr>
          <w:p w14:paraId="486B9208" w14:textId="65DD3D67" w:rsidR="00F201F3" w:rsidRPr="006D2DB0" w:rsidRDefault="00DB5C11">
            <w:pPr>
              <w:spacing w:after="20"/>
              <w:rPr>
                <w:rFonts w:cs="Arial"/>
                <w:szCs w:val="18"/>
              </w:rPr>
            </w:pPr>
            <w:sdt>
              <w:sdtPr>
                <w:rPr>
                  <w:rFonts w:cs="Arial"/>
                  <w:szCs w:val="18"/>
                </w:rPr>
                <w:id w:val="-1055934408"/>
                <w:placeholder>
                  <w:docPart w:val="385CD93733C040F5A6A8B12225D8C41C"/>
                </w:placeholder>
                <w:showingPlcHdr/>
              </w:sdtPr>
              <w:sdtEndPr/>
              <w:sdtContent>
                <w:r w:rsidR="003F2548">
                  <w:rPr>
                    <w:rFonts w:cs="Arial"/>
                    <w:szCs w:val="18"/>
                  </w:rPr>
                  <w:t>___</w:t>
                </w:r>
              </w:sdtContent>
            </w:sdt>
            <w:r w:rsidR="00790CB2" w:rsidRPr="006D2DB0">
              <w:rPr>
                <w:rFonts w:cs="Arial"/>
                <w:szCs w:val="18"/>
              </w:rPr>
              <w:t xml:space="preserve"> / </w:t>
            </w:r>
            <w:sdt>
              <w:sdtPr>
                <w:rPr>
                  <w:rFonts w:cs="Arial"/>
                  <w:szCs w:val="18"/>
                </w:rPr>
                <w:id w:val="-161930080"/>
                <w:placeholder>
                  <w:docPart w:val="BF2F61CEAE824374BC6D195B7479237B"/>
                </w:placeholder>
                <w:showingPlcHdr/>
              </w:sdtPr>
              <w:sdtEndPr/>
              <w:sdtContent>
                <w:r w:rsidR="003F2548">
                  <w:rPr>
                    <w:rFonts w:cs="Arial"/>
                    <w:szCs w:val="18"/>
                  </w:rPr>
                  <w:t>___</w:t>
                </w:r>
              </w:sdtContent>
            </w:sdt>
            <w:r w:rsidR="00CB3B50" w:rsidRPr="006D2DB0">
              <w:rPr>
                <w:rFonts w:cs="Arial"/>
                <w:szCs w:val="18"/>
              </w:rPr>
              <w:t xml:space="preserve"> /</w:t>
            </w:r>
            <w:r w:rsidR="003F2548">
              <w:rPr>
                <w:rFonts w:cs="Arial"/>
                <w:szCs w:val="18"/>
              </w:rPr>
              <w:t xml:space="preserve"> </w:t>
            </w:r>
            <w:sdt>
              <w:sdtPr>
                <w:rPr>
                  <w:rFonts w:cs="Arial"/>
                  <w:szCs w:val="18"/>
                </w:rPr>
                <w:id w:val="3100653"/>
                <w:placeholder>
                  <w:docPart w:val="0685C3C242F4401C8E3CA7D7DA95ECFB"/>
                </w:placeholder>
                <w:showingPlcHdr/>
              </w:sdtPr>
              <w:sdtEndPr/>
              <w:sdtContent>
                <w:r w:rsidR="003F2548">
                  <w:rPr>
                    <w:rFonts w:cs="Arial"/>
                    <w:szCs w:val="18"/>
                  </w:rPr>
                  <w:t>___</w:t>
                </w:r>
              </w:sdtContent>
            </w:sdt>
          </w:p>
        </w:tc>
      </w:tr>
      <w:tr w:rsidR="00F201F3" w:rsidRPr="006D2DB0" w14:paraId="099B6F08" w14:textId="77777777" w:rsidTr="00947C91">
        <w:tc>
          <w:tcPr>
            <w:tcW w:w="2381" w:type="dxa"/>
            <w:shd w:val="clear" w:color="auto" w:fill="E7F0F2"/>
            <w:tcMar>
              <w:top w:w="90" w:type="dxa"/>
              <w:left w:w="100" w:type="dxa"/>
              <w:bottom w:w="90" w:type="dxa"/>
              <w:right w:w="100" w:type="dxa"/>
            </w:tcMar>
            <w:vAlign w:val="center"/>
          </w:tcPr>
          <w:p w14:paraId="390F3D49" w14:textId="77777777" w:rsidR="00F201F3" w:rsidRPr="006D2DB0" w:rsidRDefault="00790CB2">
            <w:pPr>
              <w:spacing w:after="20"/>
              <w:rPr>
                <w:rFonts w:cs="Arial"/>
                <w:szCs w:val="18"/>
              </w:rPr>
            </w:pPr>
            <w:r w:rsidRPr="006D2DB0">
              <w:rPr>
                <w:rFonts w:cs="Arial"/>
                <w:b/>
                <w:szCs w:val="18"/>
              </w:rPr>
              <w:t>Further information / controls required</w:t>
            </w:r>
          </w:p>
        </w:tc>
        <w:tc>
          <w:tcPr>
            <w:tcW w:w="8391" w:type="dxa"/>
            <w:tcMar>
              <w:top w:w="90" w:type="dxa"/>
              <w:left w:w="100" w:type="dxa"/>
              <w:bottom w:w="90" w:type="dxa"/>
              <w:right w:w="100" w:type="dxa"/>
            </w:tcMar>
            <w:vAlign w:val="center"/>
          </w:tcPr>
          <w:p w14:paraId="18AEEBDE" w14:textId="0FDBD2A8" w:rsidR="00F201F3" w:rsidRPr="006D2DB0" w:rsidRDefault="00DB5C11">
            <w:pPr>
              <w:spacing w:after="20"/>
              <w:rPr>
                <w:rFonts w:cs="Arial"/>
                <w:szCs w:val="18"/>
              </w:rPr>
            </w:pPr>
            <w:sdt>
              <w:sdtPr>
                <w:rPr>
                  <w:rFonts w:ascii="Segoe UI Symbol" w:hAnsi="Segoe UI Symbol" w:cs="Segoe UI Symbol"/>
                  <w:szCs w:val="18"/>
                </w:rPr>
                <w:id w:val="766041515"/>
                <w14:checkbox>
                  <w14:checked w14:val="0"/>
                  <w14:checkedState w14:val="2612" w14:font="MS Gothic"/>
                  <w14:uncheckedState w14:val="2610" w14:font="MS Gothic"/>
                </w14:checkbox>
              </w:sdtPr>
              <w:sdtEndPr/>
              <w:sdtContent>
                <w:r w:rsidR="003F2548">
                  <w:rPr>
                    <w:rFonts w:ascii="MS Gothic" w:eastAsia="MS Gothic" w:hAnsi="MS Gothic" w:cs="Segoe UI Symbol" w:hint="eastAsia"/>
                    <w:szCs w:val="18"/>
                  </w:rPr>
                  <w:t>☐</w:t>
                </w:r>
              </w:sdtContent>
            </w:sdt>
            <w:r w:rsidR="00790CB2" w:rsidRPr="006D2DB0">
              <w:rPr>
                <w:rFonts w:cs="Arial"/>
                <w:szCs w:val="18"/>
              </w:rPr>
              <w:t xml:space="preserve"> No    </w:t>
            </w:r>
            <w:sdt>
              <w:sdtPr>
                <w:rPr>
                  <w:rFonts w:cs="Arial"/>
                  <w:szCs w:val="18"/>
                </w:rPr>
                <w:id w:val="-377473920"/>
                <w14:checkbox>
                  <w14:checked w14:val="0"/>
                  <w14:checkedState w14:val="2612" w14:font="MS Gothic"/>
                  <w14:uncheckedState w14:val="2610" w14:font="MS Gothic"/>
                </w14:checkbox>
              </w:sdtPr>
              <w:sdtEndPr/>
              <w:sdtContent>
                <w:r w:rsidR="003F2548">
                  <w:rPr>
                    <w:rFonts w:ascii="MS Gothic" w:eastAsia="MS Gothic" w:hAnsi="MS Gothic" w:cs="Arial" w:hint="eastAsia"/>
                    <w:szCs w:val="18"/>
                  </w:rPr>
                  <w:t>☐</w:t>
                </w:r>
              </w:sdtContent>
            </w:sdt>
            <w:r w:rsidR="00790CB2" w:rsidRPr="006D2DB0">
              <w:rPr>
                <w:rFonts w:cs="Arial"/>
                <w:szCs w:val="18"/>
              </w:rPr>
              <w:t xml:space="preserve"> Yes - details below</w:t>
            </w:r>
          </w:p>
        </w:tc>
      </w:tr>
      <w:tr w:rsidR="00F201F3" w:rsidRPr="006D2DB0" w14:paraId="4DBEDFE8" w14:textId="77777777" w:rsidTr="00947C91">
        <w:tc>
          <w:tcPr>
            <w:tcW w:w="2381" w:type="dxa"/>
            <w:shd w:val="clear" w:color="auto" w:fill="E7F0F2"/>
            <w:tcMar>
              <w:top w:w="90" w:type="dxa"/>
              <w:left w:w="100" w:type="dxa"/>
              <w:bottom w:w="90" w:type="dxa"/>
              <w:right w:w="100" w:type="dxa"/>
            </w:tcMar>
            <w:vAlign w:val="center"/>
          </w:tcPr>
          <w:p w14:paraId="2AFF2F0B" w14:textId="77777777" w:rsidR="00F201F3" w:rsidRPr="006D2DB0" w:rsidRDefault="00790CB2">
            <w:pPr>
              <w:spacing w:after="20"/>
              <w:rPr>
                <w:rFonts w:cs="Arial"/>
                <w:szCs w:val="18"/>
              </w:rPr>
            </w:pPr>
            <w:r w:rsidRPr="006D2DB0">
              <w:rPr>
                <w:rFonts w:cs="Arial"/>
                <w:b/>
                <w:szCs w:val="18"/>
              </w:rPr>
              <w:t>Comments / conditions</w:t>
            </w:r>
          </w:p>
        </w:tc>
        <w:tc>
          <w:tcPr>
            <w:tcW w:w="8391" w:type="dxa"/>
            <w:tcMar>
              <w:top w:w="90" w:type="dxa"/>
              <w:left w:w="100" w:type="dxa"/>
              <w:bottom w:w="90" w:type="dxa"/>
              <w:right w:w="100" w:type="dxa"/>
            </w:tcMar>
            <w:vAlign w:val="center"/>
          </w:tcPr>
          <w:sdt>
            <w:sdtPr>
              <w:rPr>
                <w:rFonts w:cs="Arial"/>
                <w:szCs w:val="18"/>
              </w:rPr>
              <w:id w:val="386920057"/>
              <w:placeholder>
                <w:docPart w:val="DefaultPlaceholder_-1854013440"/>
              </w:placeholder>
              <w:showingPlcHdr/>
            </w:sdtPr>
            <w:sdtEndPr/>
            <w:sdtContent>
              <w:p w14:paraId="6A73D7E6" w14:textId="0348A799" w:rsidR="00F201F3" w:rsidRPr="006D2DB0" w:rsidRDefault="003F2548">
                <w:pPr>
                  <w:spacing w:after="20"/>
                  <w:rPr>
                    <w:rFonts w:cs="Arial"/>
                    <w:szCs w:val="18"/>
                  </w:rPr>
                </w:pPr>
                <w:r w:rsidRPr="002B0337">
                  <w:rPr>
                    <w:rStyle w:val="PlaceholderText"/>
                  </w:rPr>
                  <w:t>Click or tap here to enter text.</w:t>
                </w:r>
              </w:p>
            </w:sdtContent>
          </w:sdt>
          <w:p w14:paraId="072ED747" w14:textId="77777777" w:rsidR="00947C91" w:rsidRPr="006D2DB0" w:rsidRDefault="00947C91">
            <w:pPr>
              <w:spacing w:after="20"/>
              <w:rPr>
                <w:rFonts w:cs="Arial"/>
                <w:szCs w:val="18"/>
              </w:rPr>
            </w:pPr>
          </w:p>
          <w:p w14:paraId="1ABC881F" w14:textId="20C7D807" w:rsidR="00947C91" w:rsidRPr="006D2DB0" w:rsidRDefault="00947C91">
            <w:pPr>
              <w:spacing w:after="20"/>
              <w:rPr>
                <w:rFonts w:cs="Arial"/>
                <w:szCs w:val="18"/>
              </w:rPr>
            </w:pPr>
          </w:p>
        </w:tc>
      </w:tr>
      <w:tr w:rsidR="00F201F3" w:rsidRPr="006D2DB0" w14:paraId="7543FBA4" w14:textId="77777777" w:rsidTr="00947C91">
        <w:tc>
          <w:tcPr>
            <w:tcW w:w="2381" w:type="dxa"/>
            <w:shd w:val="clear" w:color="auto" w:fill="E7F0F2"/>
            <w:tcMar>
              <w:top w:w="90" w:type="dxa"/>
              <w:left w:w="100" w:type="dxa"/>
              <w:bottom w:w="90" w:type="dxa"/>
              <w:right w:w="100" w:type="dxa"/>
            </w:tcMar>
            <w:vAlign w:val="center"/>
          </w:tcPr>
          <w:p w14:paraId="2EA0AE89" w14:textId="77777777" w:rsidR="00F201F3" w:rsidRPr="006D2DB0" w:rsidRDefault="00790CB2">
            <w:pPr>
              <w:spacing w:after="20"/>
              <w:rPr>
                <w:rFonts w:cs="Arial"/>
                <w:szCs w:val="18"/>
              </w:rPr>
            </w:pPr>
            <w:r w:rsidRPr="006D2DB0">
              <w:rPr>
                <w:rFonts w:cs="Arial"/>
                <w:b/>
                <w:szCs w:val="18"/>
              </w:rPr>
              <w:t>Approved to proceed</w:t>
            </w:r>
          </w:p>
        </w:tc>
        <w:tc>
          <w:tcPr>
            <w:tcW w:w="8391" w:type="dxa"/>
            <w:tcMar>
              <w:top w:w="90" w:type="dxa"/>
              <w:left w:w="100" w:type="dxa"/>
              <w:bottom w:w="90" w:type="dxa"/>
              <w:right w:w="100" w:type="dxa"/>
            </w:tcMar>
            <w:vAlign w:val="center"/>
          </w:tcPr>
          <w:p w14:paraId="65547CC8" w14:textId="5F6E7AF5" w:rsidR="00F201F3" w:rsidRPr="006D2DB0" w:rsidRDefault="00DB5C11">
            <w:pPr>
              <w:spacing w:after="20"/>
              <w:rPr>
                <w:rFonts w:cs="Arial"/>
                <w:szCs w:val="18"/>
              </w:rPr>
            </w:pPr>
            <w:sdt>
              <w:sdtPr>
                <w:rPr>
                  <w:rFonts w:ascii="Segoe UI Symbol" w:hAnsi="Segoe UI Symbol" w:cs="Segoe UI Symbol"/>
                  <w:szCs w:val="18"/>
                </w:rPr>
                <w:id w:val="164833068"/>
                <w14:checkbox>
                  <w14:checked w14:val="0"/>
                  <w14:checkedState w14:val="2612" w14:font="MS Gothic"/>
                  <w14:uncheckedState w14:val="2610" w14:font="MS Gothic"/>
                </w14:checkbox>
              </w:sdtPr>
              <w:sdtEndPr/>
              <w:sdtContent>
                <w:r w:rsidR="003F2548">
                  <w:rPr>
                    <w:rFonts w:ascii="MS Gothic" w:eastAsia="MS Gothic" w:hAnsi="MS Gothic" w:cs="Segoe UI Symbol" w:hint="eastAsia"/>
                    <w:szCs w:val="18"/>
                  </w:rPr>
                  <w:t>☐</w:t>
                </w:r>
              </w:sdtContent>
            </w:sdt>
            <w:r w:rsidR="00790CB2" w:rsidRPr="006D2DB0">
              <w:rPr>
                <w:rFonts w:cs="Arial"/>
                <w:szCs w:val="18"/>
              </w:rPr>
              <w:t xml:space="preserve"> Yes    </w:t>
            </w:r>
            <w:sdt>
              <w:sdtPr>
                <w:rPr>
                  <w:rFonts w:cs="Arial"/>
                  <w:szCs w:val="18"/>
                </w:rPr>
                <w:id w:val="-1197159541"/>
                <w14:checkbox>
                  <w14:checked w14:val="0"/>
                  <w14:checkedState w14:val="2612" w14:font="MS Gothic"/>
                  <w14:uncheckedState w14:val="2610" w14:font="MS Gothic"/>
                </w14:checkbox>
              </w:sdtPr>
              <w:sdtEndPr/>
              <w:sdtContent>
                <w:r w:rsidR="003F2548">
                  <w:rPr>
                    <w:rFonts w:ascii="MS Gothic" w:eastAsia="MS Gothic" w:hAnsi="MS Gothic" w:cs="Arial" w:hint="eastAsia"/>
                    <w:szCs w:val="18"/>
                  </w:rPr>
                  <w:t>☐</w:t>
                </w:r>
              </w:sdtContent>
            </w:sdt>
            <w:r w:rsidR="00790CB2" w:rsidRPr="006D2DB0">
              <w:rPr>
                <w:rFonts w:cs="Arial"/>
                <w:szCs w:val="18"/>
              </w:rPr>
              <w:t xml:space="preserve"> No    </w:t>
            </w:r>
            <w:sdt>
              <w:sdtPr>
                <w:rPr>
                  <w:rFonts w:cs="Arial"/>
                  <w:szCs w:val="18"/>
                </w:rPr>
                <w:id w:val="-1331365419"/>
                <w14:checkbox>
                  <w14:checked w14:val="0"/>
                  <w14:checkedState w14:val="2612" w14:font="MS Gothic"/>
                  <w14:uncheckedState w14:val="2610" w14:font="MS Gothic"/>
                </w14:checkbox>
              </w:sdtPr>
              <w:sdtEndPr/>
              <w:sdtContent>
                <w:r w:rsidR="003F2548">
                  <w:rPr>
                    <w:rFonts w:ascii="MS Gothic" w:eastAsia="MS Gothic" w:hAnsi="MS Gothic" w:cs="Arial" w:hint="eastAsia"/>
                    <w:szCs w:val="18"/>
                  </w:rPr>
                  <w:t>☐</w:t>
                </w:r>
              </w:sdtContent>
            </w:sdt>
            <w:r w:rsidR="00790CB2" w:rsidRPr="006D2DB0">
              <w:rPr>
                <w:rFonts w:cs="Arial"/>
                <w:szCs w:val="18"/>
              </w:rPr>
              <w:t xml:space="preserve"> Pending information</w:t>
            </w:r>
          </w:p>
        </w:tc>
      </w:tr>
    </w:tbl>
    <w:p w14:paraId="13411C5F" w14:textId="112412FF" w:rsidR="00606C58" w:rsidRDefault="00606C58" w:rsidP="00606C58">
      <w:pPr>
        <w:tabs>
          <w:tab w:val="left" w:pos="4455"/>
        </w:tabs>
        <w:rPr>
          <w:rFonts w:cs="Arial"/>
          <w:szCs w:val="18"/>
        </w:rPr>
      </w:pPr>
    </w:p>
    <w:p w14:paraId="111D5E10" w14:textId="122E6C1A" w:rsidR="00FD1795" w:rsidRPr="00985045" w:rsidRDefault="00FD1795" w:rsidP="00FD1795">
      <w:pPr>
        <w:rPr>
          <w:rFonts w:cs="Arial"/>
          <w:sz w:val="20"/>
          <w:szCs w:val="24"/>
        </w:rPr>
      </w:pPr>
      <w:r w:rsidRPr="00985045">
        <w:rPr>
          <w:rFonts w:cs="Arial"/>
          <w:sz w:val="20"/>
          <w:szCs w:val="24"/>
        </w:rPr>
        <w:t>The City of Rockingham is collecting your personal information</w:t>
      </w:r>
      <w:r w:rsidR="008D5FFC">
        <w:rPr>
          <w:rFonts w:cs="Arial"/>
          <w:sz w:val="20"/>
          <w:szCs w:val="24"/>
        </w:rPr>
        <w:t xml:space="preserve"> </w:t>
      </w:r>
      <w:r w:rsidR="008D5FFC" w:rsidRPr="008D5FFC">
        <w:rPr>
          <w:rFonts w:cs="Arial"/>
          <w:sz w:val="20"/>
          <w:szCs w:val="24"/>
        </w:rPr>
        <w:t>and the personal information of licensed operators</w:t>
      </w:r>
      <w:r w:rsidRPr="00985045">
        <w:rPr>
          <w:rFonts w:cs="Arial"/>
          <w:sz w:val="20"/>
          <w:szCs w:val="24"/>
        </w:rPr>
        <w:t xml:space="preserve"> to facilitate the safe installation of your artwork at the Castaways Sculpture Awards. It may also be used for secondary purposes which would be reasonably expected.</w:t>
      </w:r>
    </w:p>
    <w:p w14:paraId="2EAE50E6" w14:textId="77777777" w:rsidR="00FD1795" w:rsidRPr="00985045" w:rsidRDefault="00FD1795" w:rsidP="00FD1795">
      <w:pPr>
        <w:rPr>
          <w:rFonts w:cs="Arial"/>
          <w:sz w:val="20"/>
          <w:szCs w:val="24"/>
        </w:rPr>
      </w:pPr>
      <w:r w:rsidRPr="00985045">
        <w:rPr>
          <w:rFonts w:cs="Arial"/>
          <w:sz w:val="20"/>
          <w:szCs w:val="24"/>
        </w:rPr>
        <w:t xml:space="preserve">We may share this information with the curator, facilitators and other contractors and subcontractors involved in planning, coordinating and safely installing artworks for the Castaways Sculpture Awards. If you choose not to provide </w:t>
      </w:r>
      <w:r w:rsidRPr="00985045">
        <w:rPr>
          <w:rFonts w:cs="Arial"/>
          <w:sz w:val="20"/>
          <w:szCs w:val="24"/>
        </w:rPr>
        <w:lastRenderedPageBreak/>
        <w:t>your personal information, we may be unable to adequately plan for or coordinate the safe installation of your artwork, which may affect your participation in the Castaways exhibition.</w:t>
      </w:r>
    </w:p>
    <w:p w14:paraId="70624D29" w14:textId="77777777" w:rsidR="00FD1795" w:rsidRPr="00985045" w:rsidRDefault="00FD1795" w:rsidP="00FD1795">
      <w:pPr>
        <w:rPr>
          <w:rFonts w:cs="Arial"/>
          <w:sz w:val="20"/>
          <w:szCs w:val="24"/>
        </w:rPr>
      </w:pPr>
      <w:r w:rsidRPr="00985045">
        <w:rPr>
          <w:rFonts w:cs="Arial"/>
          <w:sz w:val="20"/>
          <w:szCs w:val="24"/>
        </w:rPr>
        <w:t xml:space="preserve">To access, correct or learn more about how we handle personal information please contact </w:t>
      </w:r>
      <w:hyperlink r:id="rId9" w:history="1">
        <w:r w:rsidRPr="00985045">
          <w:rPr>
            <w:rStyle w:val="Hyperlink"/>
            <w:rFonts w:cs="Arial"/>
            <w:sz w:val="20"/>
            <w:szCs w:val="24"/>
          </w:rPr>
          <w:t>privacy@rockingham.wa.gov.au</w:t>
        </w:r>
      </w:hyperlink>
      <w:r w:rsidRPr="00985045">
        <w:rPr>
          <w:rFonts w:cs="Arial"/>
          <w:sz w:val="20"/>
          <w:szCs w:val="24"/>
        </w:rPr>
        <w:t xml:space="preserve"> or visit </w:t>
      </w:r>
      <w:hyperlink r:id="rId10" w:history="1">
        <w:r w:rsidRPr="00985045">
          <w:rPr>
            <w:rStyle w:val="Hyperlink"/>
            <w:rFonts w:cs="Arial"/>
            <w:sz w:val="20"/>
            <w:szCs w:val="24"/>
          </w:rPr>
          <w:t>rockingham.wa.gov.au/privacy</w:t>
        </w:r>
      </w:hyperlink>
      <w:r w:rsidRPr="00985045">
        <w:rPr>
          <w:rFonts w:cs="Arial"/>
          <w:sz w:val="20"/>
          <w:szCs w:val="24"/>
        </w:rPr>
        <w:t>.</w:t>
      </w:r>
    </w:p>
    <w:p w14:paraId="5A90F82F" w14:textId="77777777" w:rsidR="00542FC3" w:rsidRPr="006D2DB0" w:rsidRDefault="00542FC3" w:rsidP="00606C58">
      <w:pPr>
        <w:tabs>
          <w:tab w:val="left" w:pos="4455"/>
        </w:tabs>
        <w:rPr>
          <w:rFonts w:cs="Arial"/>
          <w:szCs w:val="18"/>
        </w:rPr>
      </w:pPr>
    </w:p>
    <w:sectPr w:rsidR="00542FC3" w:rsidRPr="006D2DB0" w:rsidSect="00F07717">
      <w:headerReference w:type="default" r:id="rId11"/>
      <w:footerReference w:type="default" r:id="rId12"/>
      <w:pgSz w:w="12240" w:h="15840"/>
      <w:pgMar w:top="1361" w:right="851" w:bottom="794" w:left="851"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52E24" w14:textId="77777777" w:rsidR="00DB5C11" w:rsidRDefault="00DB5C11">
      <w:pPr>
        <w:spacing w:after="0" w:line="240" w:lineRule="auto"/>
      </w:pPr>
      <w:r>
        <w:separator/>
      </w:r>
    </w:p>
  </w:endnote>
  <w:endnote w:type="continuationSeparator" w:id="0">
    <w:p w14:paraId="792CF6AB" w14:textId="77777777" w:rsidR="00DB5C11" w:rsidRDefault="00DB5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utiger LT Std 67 Bold Cn">
    <w:altName w:val="Franklin Gothic Demi Cond"/>
    <w:charset w:val="00"/>
    <w:family w:val="auto"/>
    <w:pitch w:val="variable"/>
    <w:sig w:usb0="00000003"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98EA" w14:textId="7B440335" w:rsidR="00F201F3" w:rsidRDefault="00790CB2">
    <w:pPr>
      <w:pStyle w:val="Footer"/>
      <w:jc w:val="center"/>
      <w:rPr>
        <w:color w:val="646464"/>
        <w:sz w:val="16"/>
      </w:rPr>
    </w:pPr>
    <w:r>
      <w:rPr>
        <w:color w:val="646464"/>
        <w:sz w:val="16"/>
      </w:rPr>
      <w:t xml:space="preserve">Castaways </w:t>
    </w:r>
    <w:r w:rsidR="004A2389">
      <w:rPr>
        <w:color w:val="646464"/>
        <w:sz w:val="16"/>
      </w:rPr>
      <w:t xml:space="preserve">Artwork Installation </w:t>
    </w:r>
    <w:r w:rsidR="00A7756C">
      <w:rPr>
        <w:color w:val="646464"/>
        <w:sz w:val="16"/>
      </w:rPr>
      <w:t>Planning Worksheet</w:t>
    </w:r>
  </w:p>
  <w:p w14:paraId="0EE3325A" w14:textId="34DF0754" w:rsidR="00961F88" w:rsidRDefault="00961F88" w:rsidP="00961F88">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D766" w14:textId="77777777" w:rsidR="00DB5C11" w:rsidRDefault="00DB5C11">
      <w:pPr>
        <w:spacing w:after="0" w:line="240" w:lineRule="auto"/>
      </w:pPr>
      <w:r>
        <w:separator/>
      </w:r>
    </w:p>
  </w:footnote>
  <w:footnote w:type="continuationSeparator" w:id="0">
    <w:p w14:paraId="234C28A2" w14:textId="77777777" w:rsidR="00DB5C11" w:rsidRDefault="00DB5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D5C1" w14:textId="2F02D4FE" w:rsidR="00F201F3" w:rsidRDefault="00961F88">
    <w:pPr>
      <w:pStyle w:val="Header"/>
    </w:pPr>
    <w:r>
      <w:rPr>
        <w:noProof/>
        <w:lang w:eastAsia="en-AU"/>
      </w:rPr>
      <w:drawing>
        <wp:anchor distT="0" distB="0" distL="114300" distR="114300" simplePos="0" relativeHeight="251660289" behindDoc="1" locked="0" layoutInCell="1" allowOverlap="1" wp14:anchorId="267815A9" wp14:editId="5F398512">
          <wp:simplePos x="0" y="0"/>
          <wp:positionH relativeFrom="column">
            <wp:posOffset>-730250</wp:posOffset>
          </wp:positionH>
          <wp:positionV relativeFrom="paragraph">
            <wp:posOffset>-415290</wp:posOffset>
          </wp:positionV>
          <wp:extent cx="7658100" cy="10775950"/>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MEDIAENGINE:A-D:COR - City of Rockingham:2015:12547 - Templates:Final Files:12547---Templates---Development-02-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100" cy="1077595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606C58">
      <w:rPr>
        <w:noProof/>
        <w:lang w:eastAsia="en-AU"/>
      </w:rPr>
      <mc:AlternateContent>
        <mc:Choice Requires="wps">
          <w:drawing>
            <wp:anchor distT="0" distB="0" distL="114300" distR="114300" simplePos="0" relativeHeight="251658240" behindDoc="0" locked="0" layoutInCell="1" allowOverlap="1" wp14:anchorId="42C560C8" wp14:editId="17E35783">
              <wp:simplePos x="0" y="0"/>
              <wp:positionH relativeFrom="column">
                <wp:posOffset>-349250</wp:posOffset>
              </wp:positionH>
              <wp:positionV relativeFrom="paragraph">
                <wp:posOffset>-183515</wp:posOffset>
              </wp:positionV>
              <wp:extent cx="2747010" cy="285750"/>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2747010" cy="28575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C8A6AD1" w14:textId="77777777" w:rsidR="00CF4301" w:rsidRDefault="00CF4301" w:rsidP="00CF4301">
                          <w:pPr>
                            <w:rPr>
                              <w:rFonts w:ascii="Frutiger LT Std 67 Bold Cn" w:hAnsi="Frutiger LT Std 67 Bold Cn" w:cs="Arial"/>
                              <w:color w:val="FFFFFF"/>
                              <w:sz w:val="28"/>
                              <w:szCs w:val="28"/>
                            </w:rPr>
                          </w:pPr>
                          <w:r>
                            <w:rPr>
                              <w:rFonts w:ascii="Frutiger LT Std 67 Bold Cn" w:hAnsi="Frutiger LT Std 67 Bold Cn" w:cs="Arial"/>
                              <w:color w:val="FFFFFF"/>
                              <w:sz w:val="28"/>
                              <w:szCs w:val="28"/>
                            </w:rPr>
                            <w:t>Castaways Sculpture Awards 2026</w:t>
                          </w:r>
                        </w:p>
                        <w:p w14:paraId="0530A60D" w14:textId="77777777" w:rsidR="00CF4301" w:rsidRPr="0057718C" w:rsidRDefault="00CF4301" w:rsidP="00CF4301">
                          <w:pPr>
                            <w:rPr>
                              <w:rFonts w:ascii="Frutiger LT Std 67 Bold Cn" w:hAnsi="Frutiger LT Std 67 Bold Cn" w:cs="Arial"/>
                              <w:color w:val="FFFFFF"/>
                              <w:sz w:val="28"/>
                              <w:szCs w:val="28"/>
                            </w:rPr>
                          </w:pPr>
                        </w:p>
                        <w:p w14:paraId="365EF732" w14:textId="77777777" w:rsidR="00CF4301" w:rsidRPr="007005DD" w:rsidRDefault="00CF4301" w:rsidP="00CF4301">
                          <w:pPr>
                            <w:pStyle w:val="NormalWeb"/>
                            <w:ind w:right="-772"/>
                            <w:rPr>
                              <w:rFonts w:ascii="Arial" w:hAnsi="Arial" w:cs="Arial"/>
                              <w:b/>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560C8" id="_x0000_t202" coordsize="21600,21600" o:spt="202" path="m,l,21600r21600,l21600,xe">
              <v:stroke joinstyle="miter"/>
              <v:path gradientshapeok="t" o:connecttype="rect"/>
            </v:shapetype>
            <v:shape id="Text Box 1" o:spid="_x0000_s1026" type="#_x0000_t202" style="position:absolute;margin-left:-27.5pt;margin-top:-14.45pt;width:216.3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" filled="f" stroked="f">
              <v:textbox>
                <w:txbxContent>
                  <w:p w14:paraId="1C8A6AD1" w14:textId="77777777" w:rsidR="00CF4301" w:rsidRDefault="00CF4301" w:rsidP="00CF4301">
                    <w:pPr>
                      <w:rPr>
                        <w:rFonts w:ascii="Frutiger LT Std 67 Bold Cn" w:hAnsi="Frutiger LT Std 67 Bold Cn" w:cs="Arial"/>
                        <w:color w:val="FFFFFF"/>
                        <w:sz w:val="28"/>
                        <w:szCs w:val="28"/>
                      </w:rPr>
                    </w:pPr>
                    <w:r>
                      <w:rPr>
                        <w:rFonts w:ascii="Frutiger LT Std 67 Bold Cn" w:hAnsi="Frutiger LT Std 67 Bold Cn" w:cs="Arial"/>
                        <w:color w:val="FFFFFF"/>
                        <w:sz w:val="28"/>
                        <w:szCs w:val="28"/>
                      </w:rPr>
                      <w:t>Castaways Sculpture Awards 2026</w:t>
                    </w:r>
                  </w:p>
                  <w:p w14:paraId="0530A60D" w14:textId="77777777" w:rsidR="00CF4301" w:rsidRPr="0057718C" w:rsidRDefault="00CF4301" w:rsidP="00CF4301">
                    <w:pPr>
                      <w:rPr>
                        <w:rFonts w:ascii="Frutiger LT Std 67 Bold Cn" w:hAnsi="Frutiger LT Std 67 Bold Cn" w:cs="Arial"/>
                        <w:color w:val="FFFFFF"/>
                        <w:sz w:val="28"/>
                        <w:szCs w:val="28"/>
                      </w:rPr>
                    </w:pPr>
                  </w:p>
                  <w:p w14:paraId="365EF732" w14:textId="77777777" w:rsidR="00CF4301" w:rsidRPr="007005DD" w:rsidRDefault="00CF4301" w:rsidP="00CF4301">
                    <w:pPr>
                      <w:pStyle w:val="NormalWeb"/>
                      <w:ind w:right="-772"/>
                      <w:rPr>
                        <w:rFonts w:ascii="Arial" w:hAnsi="Arial" w:cs="Arial"/>
                        <w:b/>
                        <w:color w:val="FFFFFF" w:themeColor="background1"/>
                        <w:sz w:val="28"/>
                        <w:szCs w:val="28"/>
                      </w:rPr>
                    </w:pP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5271888">
    <w:abstractNumId w:val="8"/>
  </w:num>
  <w:num w:numId="2" w16cid:durableId="2032606155">
    <w:abstractNumId w:val="6"/>
  </w:num>
  <w:num w:numId="3" w16cid:durableId="1987514224">
    <w:abstractNumId w:val="5"/>
  </w:num>
  <w:num w:numId="4" w16cid:durableId="1613783375">
    <w:abstractNumId w:val="4"/>
  </w:num>
  <w:num w:numId="5" w16cid:durableId="1744571142">
    <w:abstractNumId w:val="7"/>
  </w:num>
  <w:num w:numId="6" w16cid:durableId="1373727049">
    <w:abstractNumId w:val="3"/>
  </w:num>
  <w:num w:numId="7" w16cid:durableId="1292251327">
    <w:abstractNumId w:val="2"/>
  </w:num>
  <w:num w:numId="8" w16cid:durableId="777526944">
    <w:abstractNumId w:val="1"/>
  </w:num>
  <w:num w:numId="9" w16cid:durableId="234440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forms" w:enforcement="1" w:cryptProviderType="rsaAES" w:cryptAlgorithmClass="hash" w:cryptAlgorithmType="typeAny" w:cryptAlgorithmSid="14" w:cryptSpinCount="100000" w:hash="6DXTxn0qe1MC/ZSr+heVDbSnJi964+B89tLbETCxzaZ31PvB+B9TXSEvqaD9D+NG3PG9XnPFztKin3MMO9BnOg==" w:salt="G3roXDOOaeECmfKTsS+wm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ACB"/>
    <w:rsid w:val="00021FFE"/>
    <w:rsid w:val="00024AD3"/>
    <w:rsid w:val="00025EFB"/>
    <w:rsid w:val="00031664"/>
    <w:rsid w:val="00034616"/>
    <w:rsid w:val="000530E7"/>
    <w:rsid w:val="0006063C"/>
    <w:rsid w:val="00060F18"/>
    <w:rsid w:val="000A0406"/>
    <w:rsid w:val="000A5674"/>
    <w:rsid w:val="000A7CFD"/>
    <w:rsid w:val="000B5C26"/>
    <w:rsid w:val="000D6CAE"/>
    <w:rsid w:val="00113FE8"/>
    <w:rsid w:val="0012441A"/>
    <w:rsid w:val="001249FE"/>
    <w:rsid w:val="00130221"/>
    <w:rsid w:val="00141BFB"/>
    <w:rsid w:val="001423FC"/>
    <w:rsid w:val="0015074B"/>
    <w:rsid w:val="00162190"/>
    <w:rsid w:val="0017261B"/>
    <w:rsid w:val="001946B9"/>
    <w:rsid w:val="00195600"/>
    <w:rsid w:val="001A0435"/>
    <w:rsid w:val="001E3D78"/>
    <w:rsid w:val="00204ADD"/>
    <w:rsid w:val="00207E9D"/>
    <w:rsid w:val="00223EA5"/>
    <w:rsid w:val="00227F45"/>
    <w:rsid w:val="00240615"/>
    <w:rsid w:val="002420FE"/>
    <w:rsid w:val="00264D9B"/>
    <w:rsid w:val="00267CEE"/>
    <w:rsid w:val="00276944"/>
    <w:rsid w:val="002847D8"/>
    <w:rsid w:val="002857BB"/>
    <w:rsid w:val="0029639D"/>
    <w:rsid w:val="0029720C"/>
    <w:rsid w:val="002A4394"/>
    <w:rsid w:val="002D5A04"/>
    <w:rsid w:val="002D66E9"/>
    <w:rsid w:val="002E0266"/>
    <w:rsid w:val="00320751"/>
    <w:rsid w:val="00326F90"/>
    <w:rsid w:val="00346BC3"/>
    <w:rsid w:val="00370E10"/>
    <w:rsid w:val="00370FD9"/>
    <w:rsid w:val="00371632"/>
    <w:rsid w:val="00374336"/>
    <w:rsid w:val="00385355"/>
    <w:rsid w:val="00391A05"/>
    <w:rsid w:val="00394CBC"/>
    <w:rsid w:val="003958B6"/>
    <w:rsid w:val="003B1020"/>
    <w:rsid w:val="003B136F"/>
    <w:rsid w:val="003B3A94"/>
    <w:rsid w:val="003C7039"/>
    <w:rsid w:val="003D6E53"/>
    <w:rsid w:val="003D7CDB"/>
    <w:rsid w:val="003E37E4"/>
    <w:rsid w:val="003E55D6"/>
    <w:rsid w:val="003F2548"/>
    <w:rsid w:val="003F4FDA"/>
    <w:rsid w:val="00407CF8"/>
    <w:rsid w:val="00437898"/>
    <w:rsid w:val="004464A1"/>
    <w:rsid w:val="00471779"/>
    <w:rsid w:val="004749A6"/>
    <w:rsid w:val="00475D4A"/>
    <w:rsid w:val="00477E94"/>
    <w:rsid w:val="00485D77"/>
    <w:rsid w:val="004A2389"/>
    <w:rsid w:val="004A7B5E"/>
    <w:rsid w:val="005118F4"/>
    <w:rsid w:val="00513B43"/>
    <w:rsid w:val="00542FC3"/>
    <w:rsid w:val="00546421"/>
    <w:rsid w:val="005535E6"/>
    <w:rsid w:val="00560EB1"/>
    <w:rsid w:val="00582E4E"/>
    <w:rsid w:val="00597176"/>
    <w:rsid w:val="005B4466"/>
    <w:rsid w:val="005E0122"/>
    <w:rsid w:val="005F3D6F"/>
    <w:rsid w:val="005F6A31"/>
    <w:rsid w:val="005F6CAB"/>
    <w:rsid w:val="006029F5"/>
    <w:rsid w:val="00606C58"/>
    <w:rsid w:val="00623803"/>
    <w:rsid w:val="00635FE9"/>
    <w:rsid w:val="00643748"/>
    <w:rsid w:val="00643FDB"/>
    <w:rsid w:val="00652B62"/>
    <w:rsid w:val="006648BA"/>
    <w:rsid w:val="00682260"/>
    <w:rsid w:val="0069350B"/>
    <w:rsid w:val="00694015"/>
    <w:rsid w:val="006B2E5E"/>
    <w:rsid w:val="006B7D30"/>
    <w:rsid w:val="006C6B16"/>
    <w:rsid w:val="006D2DB0"/>
    <w:rsid w:val="006D7C9D"/>
    <w:rsid w:val="006E4FAC"/>
    <w:rsid w:val="0074723F"/>
    <w:rsid w:val="00785D36"/>
    <w:rsid w:val="00786A85"/>
    <w:rsid w:val="00790CB2"/>
    <w:rsid w:val="00793A2E"/>
    <w:rsid w:val="007D509B"/>
    <w:rsid w:val="007F356C"/>
    <w:rsid w:val="00822018"/>
    <w:rsid w:val="00827E09"/>
    <w:rsid w:val="00833A42"/>
    <w:rsid w:val="00835790"/>
    <w:rsid w:val="00846A14"/>
    <w:rsid w:val="008471AB"/>
    <w:rsid w:val="00853E17"/>
    <w:rsid w:val="008669A0"/>
    <w:rsid w:val="008739E5"/>
    <w:rsid w:val="00876773"/>
    <w:rsid w:val="00876E88"/>
    <w:rsid w:val="00892E70"/>
    <w:rsid w:val="008A7C0B"/>
    <w:rsid w:val="008C2C01"/>
    <w:rsid w:val="008D37B1"/>
    <w:rsid w:val="008D5FFC"/>
    <w:rsid w:val="008F2499"/>
    <w:rsid w:val="00910739"/>
    <w:rsid w:val="009324B5"/>
    <w:rsid w:val="00944A9C"/>
    <w:rsid w:val="00947C91"/>
    <w:rsid w:val="00951974"/>
    <w:rsid w:val="0095375E"/>
    <w:rsid w:val="00961F88"/>
    <w:rsid w:val="00981416"/>
    <w:rsid w:val="00985045"/>
    <w:rsid w:val="009A3E77"/>
    <w:rsid w:val="009A7926"/>
    <w:rsid w:val="009B12B1"/>
    <w:rsid w:val="009B4714"/>
    <w:rsid w:val="009C36A5"/>
    <w:rsid w:val="009E6CF7"/>
    <w:rsid w:val="009E768F"/>
    <w:rsid w:val="00A005B2"/>
    <w:rsid w:val="00A02FB0"/>
    <w:rsid w:val="00A207E0"/>
    <w:rsid w:val="00A36007"/>
    <w:rsid w:val="00A42122"/>
    <w:rsid w:val="00A45BEA"/>
    <w:rsid w:val="00A463E1"/>
    <w:rsid w:val="00A475AA"/>
    <w:rsid w:val="00A64A51"/>
    <w:rsid w:val="00A67804"/>
    <w:rsid w:val="00A7756C"/>
    <w:rsid w:val="00A847FA"/>
    <w:rsid w:val="00AA1D8D"/>
    <w:rsid w:val="00AA3283"/>
    <w:rsid w:val="00AD1178"/>
    <w:rsid w:val="00AE079E"/>
    <w:rsid w:val="00AE6648"/>
    <w:rsid w:val="00AE6C41"/>
    <w:rsid w:val="00AF7357"/>
    <w:rsid w:val="00B0093F"/>
    <w:rsid w:val="00B21962"/>
    <w:rsid w:val="00B36DB5"/>
    <w:rsid w:val="00B45D3E"/>
    <w:rsid w:val="00B47730"/>
    <w:rsid w:val="00B52290"/>
    <w:rsid w:val="00B56563"/>
    <w:rsid w:val="00B572D3"/>
    <w:rsid w:val="00B6042B"/>
    <w:rsid w:val="00B64148"/>
    <w:rsid w:val="00B83C9B"/>
    <w:rsid w:val="00B90A22"/>
    <w:rsid w:val="00B9360D"/>
    <w:rsid w:val="00BA03AF"/>
    <w:rsid w:val="00BA1F8E"/>
    <w:rsid w:val="00BB4817"/>
    <w:rsid w:val="00BB7B0D"/>
    <w:rsid w:val="00BC39DA"/>
    <w:rsid w:val="00BD40AB"/>
    <w:rsid w:val="00BE4939"/>
    <w:rsid w:val="00C152AB"/>
    <w:rsid w:val="00C178C0"/>
    <w:rsid w:val="00C36162"/>
    <w:rsid w:val="00C637FC"/>
    <w:rsid w:val="00C71F03"/>
    <w:rsid w:val="00C92D64"/>
    <w:rsid w:val="00CA492A"/>
    <w:rsid w:val="00CB0664"/>
    <w:rsid w:val="00CB3B50"/>
    <w:rsid w:val="00CB5C59"/>
    <w:rsid w:val="00CC425D"/>
    <w:rsid w:val="00CF4301"/>
    <w:rsid w:val="00D0477A"/>
    <w:rsid w:val="00D17078"/>
    <w:rsid w:val="00D231CA"/>
    <w:rsid w:val="00D2357B"/>
    <w:rsid w:val="00D241D3"/>
    <w:rsid w:val="00D36413"/>
    <w:rsid w:val="00D4200D"/>
    <w:rsid w:val="00D82A2F"/>
    <w:rsid w:val="00D9022D"/>
    <w:rsid w:val="00DA0BC9"/>
    <w:rsid w:val="00DB04C7"/>
    <w:rsid w:val="00DB13D3"/>
    <w:rsid w:val="00DB21C8"/>
    <w:rsid w:val="00DB5C11"/>
    <w:rsid w:val="00DD35AA"/>
    <w:rsid w:val="00DE4BE5"/>
    <w:rsid w:val="00DF0CCC"/>
    <w:rsid w:val="00DF6090"/>
    <w:rsid w:val="00DF60C8"/>
    <w:rsid w:val="00DF6897"/>
    <w:rsid w:val="00E00726"/>
    <w:rsid w:val="00E30446"/>
    <w:rsid w:val="00E43601"/>
    <w:rsid w:val="00E567D1"/>
    <w:rsid w:val="00E651D3"/>
    <w:rsid w:val="00E7020B"/>
    <w:rsid w:val="00E808F5"/>
    <w:rsid w:val="00E8397A"/>
    <w:rsid w:val="00E87B21"/>
    <w:rsid w:val="00E9301A"/>
    <w:rsid w:val="00E96757"/>
    <w:rsid w:val="00EA0BB7"/>
    <w:rsid w:val="00EC2153"/>
    <w:rsid w:val="00EC22D7"/>
    <w:rsid w:val="00EE240A"/>
    <w:rsid w:val="00F07717"/>
    <w:rsid w:val="00F201F3"/>
    <w:rsid w:val="00F20229"/>
    <w:rsid w:val="00F2598A"/>
    <w:rsid w:val="00F3143B"/>
    <w:rsid w:val="00F32986"/>
    <w:rsid w:val="00F4105A"/>
    <w:rsid w:val="00F4306E"/>
    <w:rsid w:val="00F50E92"/>
    <w:rsid w:val="00F5433A"/>
    <w:rsid w:val="00F57A23"/>
    <w:rsid w:val="00F679E9"/>
    <w:rsid w:val="00F83CCE"/>
    <w:rsid w:val="00F922CC"/>
    <w:rsid w:val="00FB5CE6"/>
    <w:rsid w:val="00FC693F"/>
    <w:rsid w:val="00FC7D5B"/>
    <w:rsid w:val="00FD1795"/>
    <w:rsid w:val="00FD4E82"/>
    <w:rsid w:val="00FE3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00D7A0"/>
  <w14:defaultImageDpi w14:val="300"/>
  <w15:docId w15:val="{969DD406-AC03-4202-A609-6754C0D5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4B63"/>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4B63"/>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85D36"/>
    <w:pPr>
      <w:spacing w:before="100" w:beforeAutospacing="1" w:after="100" w:afterAutospacing="1"/>
    </w:pPr>
    <w:rPr>
      <w:rFonts w:ascii="Times" w:eastAsiaTheme="minorHAnsi" w:hAnsi="Times" w:cs="Times New Roman"/>
      <w:sz w:val="20"/>
      <w:szCs w:val="20"/>
      <w:lang w:val="en-AU"/>
    </w:rPr>
  </w:style>
  <w:style w:type="paragraph" w:styleId="Revision">
    <w:name w:val="Revision"/>
    <w:hidden/>
    <w:uiPriority w:val="99"/>
    <w:semiHidden/>
    <w:rsid w:val="00060F18"/>
    <w:pPr>
      <w:spacing w:after="0" w:line="240" w:lineRule="auto"/>
    </w:pPr>
    <w:rPr>
      <w:rFonts w:ascii="Arial" w:hAnsi="Arial"/>
      <w:sz w:val="18"/>
    </w:rPr>
  </w:style>
  <w:style w:type="character" w:styleId="CommentReference">
    <w:name w:val="annotation reference"/>
    <w:basedOn w:val="DefaultParagraphFont"/>
    <w:uiPriority w:val="99"/>
    <w:semiHidden/>
    <w:unhideWhenUsed/>
    <w:rsid w:val="00060F18"/>
    <w:rPr>
      <w:sz w:val="16"/>
      <w:szCs w:val="16"/>
    </w:rPr>
  </w:style>
  <w:style w:type="paragraph" w:styleId="CommentText">
    <w:name w:val="annotation text"/>
    <w:basedOn w:val="Normal"/>
    <w:link w:val="CommentTextChar"/>
    <w:uiPriority w:val="99"/>
    <w:unhideWhenUsed/>
    <w:rsid w:val="00060F18"/>
    <w:pPr>
      <w:spacing w:line="240" w:lineRule="auto"/>
    </w:pPr>
    <w:rPr>
      <w:sz w:val="20"/>
      <w:szCs w:val="20"/>
    </w:rPr>
  </w:style>
  <w:style w:type="character" w:customStyle="1" w:styleId="CommentTextChar">
    <w:name w:val="Comment Text Char"/>
    <w:basedOn w:val="DefaultParagraphFont"/>
    <w:link w:val="CommentText"/>
    <w:uiPriority w:val="99"/>
    <w:rsid w:val="00060F1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60F18"/>
    <w:rPr>
      <w:b/>
      <w:bCs/>
    </w:rPr>
  </w:style>
  <w:style w:type="character" w:customStyle="1" w:styleId="CommentSubjectChar">
    <w:name w:val="Comment Subject Char"/>
    <w:basedOn w:val="CommentTextChar"/>
    <w:link w:val="CommentSubject"/>
    <w:uiPriority w:val="99"/>
    <w:semiHidden/>
    <w:rsid w:val="00060F18"/>
    <w:rPr>
      <w:rFonts w:ascii="Arial" w:hAnsi="Arial"/>
      <w:b/>
      <w:bCs/>
      <w:sz w:val="20"/>
      <w:szCs w:val="20"/>
    </w:rPr>
  </w:style>
  <w:style w:type="character" w:styleId="PlaceholderText">
    <w:name w:val="Placeholder Text"/>
    <w:basedOn w:val="DefaultParagraphFont"/>
    <w:uiPriority w:val="99"/>
    <w:semiHidden/>
    <w:rsid w:val="003E55D6"/>
    <w:rPr>
      <w:color w:val="666666"/>
    </w:rPr>
  </w:style>
  <w:style w:type="character" w:styleId="Hyperlink">
    <w:name w:val="Hyperlink"/>
    <w:basedOn w:val="DefaultParagraphFont"/>
    <w:uiPriority w:val="99"/>
    <w:unhideWhenUsed/>
    <w:rsid w:val="000A7CFD"/>
    <w:rPr>
      <w:color w:val="0000FF" w:themeColor="hyperlink"/>
      <w:u w:val="single"/>
    </w:rPr>
  </w:style>
  <w:style w:type="character" w:styleId="UnresolvedMention">
    <w:name w:val="Unresolved Mention"/>
    <w:basedOn w:val="DefaultParagraphFont"/>
    <w:uiPriority w:val="99"/>
    <w:semiHidden/>
    <w:unhideWhenUsed/>
    <w:rsid w:val="000A7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rockingham.wa.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ockingham.wa.gov.au/privacy" TargetMode="External"/><Relationship Id="rId4" Type="http://schemas.openxmlformats.org/officeDocument/2006/relationships/settings" Target="settings.xml"/><Relationship Id="rId9" Type="http://schemas.openxmlformats.org/officeDocument/2006/relationships/hyperlink" Target="mailto:privacy@rockingham.wa.gov.au"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92AE429-B656-493F-A89B-518162446B47}"/>
      </w:docPartPr>
      <w:docPartBody>
        <w:p w:rsidR="004C518B" w:rsidRDefault="00E7460C">
          <w:r w:rsidRPr="002B0337">
            <w:rPr>
              <w:rStyle w:val="PlaceholderText"/>
            </w:rPr>
            <w:t>Click or tap here to enter text.</w:t>
          </w:r>
        </w:p>
      </w:docPartBody>
    </w:docPart>
    <w:docPart>
      <w:docPartPr>
        <w:name w:val="36970F30494F4038AD36B26C8F19EC03"/>
        <w:category>
          <w:name w:val="General"/>
          <w:gallery w:val="placeholder"/>
        </w:category>
        <w:types>
          <w:type w:val="bbPlcHdr"/>
        </w:types>
        <w:behaviors>
          <w:behavior w:val="content"/>
        </w:behaviors>
        <w:guid w:val="{009F9E3C-9279-4C3C-8654-065B8C882C49}"/>
      </w:docPartPr>
      <w:docPartBody>
        <w:p w:rsidR="004C518B" w:rsidRDefault="00E7460C" w:rsidP="00E7460C">
          <w:pPr>
            <w:pStyle w:val="36970F30494F4038AD36B26C8F19EC037"/>
          </w:pPr>
          <w:r w:rsidRPr="002B0337">
            <w:rPr>
              <w:rStyle w:val="PlaceholderText"/>
            </w:rPr>
            <w:t>Click or tap here to enter text.</w:t>
          </w:r>
        </w:p>
      </w:docPartBody>
    </w:docPart>
    <w:docPart>
      <w:docPartPr>
        <w:name w:val="496E8058C842492497944F44456F0E67"/>
        <w:category>
          <w:name w:val="General"/>
          <w:gallery w:val="placeholder"/>
        </w:category>
        <w:types>
          <w:type w:val="bbPlcHdr"/>
        </w:types>
        <w:behaviors>
          <w:behavior w:val="content"/>
        </w:behaviors>
        <w:guid w:val="{2BD762E8-9C19-4CFD-9B04-39F1129895B5}"/>
      </w:docPartPr>
      <w:docPartBody>
        <w:p w:rsidR="004C518B" w:rsidRDefault="00E7460C" w:rsidP="00E7460C">
          <w:pPr>
            <w:pStyle w:val="496E8058C842492497944F44456F0E677"/>
          </w:pPr>
          <w:r w:rsidRPr="002B0337">
            <w:rPr>
              <w:rStyle w:val="PlaceholderText"/>
            </w:rPr>
            <w:t>Click or tap here to enter text.</w:t>
          </w:r>
        </w:p>
      </w:docPartBody>
    </w:docPart>
    <w:docPart>
      <w:docPartPr>
        <w:name w:val="20790D30F0314E4EA738ED5882FD3E41"/>
        <w:category>
          <w:name w:val="General"/>
          <w:gallery w:val="placeholder"/>
        </w:category>
        <w:types>
          <w:type w:val="bbPlcHdr"/>
        </w:types>
        <w:behaviors>
          <w:behavior w:val="content"/>
        </w:behaviors>
        <w:guid w:val="{DEE7204D-15D3-40D2-AD18-0A340CDA5071}"/>
      </w:docPartPr>
      <w:docPartBody>
        <w:p w:rsidR="004C518B" w:rsidRDefault="00E7460C" w:rsidP="00E7460C">
          <w:pPr>
            <w:pStyle w:val="20790D30F0314E4EA738ED5882FD3E417"/>
          </w:pPr>
          <w:r w:rsidRPr="002B0337">
            <w:rPr>
              <w:rStyle w:val="PlaceholderText"/>
            </w:rPr>
            <w:t>Click or tap here to enter text.</w:t>
          </w:r>
        </w:p>
      </w:docPartBody>
    </w:docPart>
    <w:docPart>
      <w:docPartPr>
        <w:name w:val="3DD27CF047F14B2F8545E1683B12993F"/>
        <w:category>
          <w:name w:val="General"/>
          <w:gallery w:val="placeholder"/>
        </w:category>
        <w:types>
          <w:type w:val="bbPlcHdr"/>
        </w:types>
        <w:behaviors>
          <w:behavior w:val="content"/>
        </w:behaviors>
        <w:guid w:val="{C2755F50-30BC-416C-9766-48A094C64F63}"/>
      </w:docPartPr>
      <w:docPartBody>
        <w:p w:rsidR="004C518B" w:rsidRDefault="00E7460C" w:rsidP="00E7460C">
          <w:pPr>
            <w:pStyle w:val="3DD27CF047F14B2F8545E1683B12993F6"/>
          </w:pPr>
          <w:r w:rsidRPr="002B0337">
            <w:rPr>
              <w:rStyle w:val="PlaceholderText"/>
            </w:rPr>
            <w:t>Click or tap here to enter text.</w:t>
          </w:r>
        </w:p>
      </w:docPartBody>
    </w:docPart>
    <w:docPart>
      <w:docPartPr>
        <w:name w:val="ED3E08F061F84C2289A6BAC0A4CAA5C1"/>
        <w:category>
          <w:name w:val="General"/>
          <w:gallery w:val="placeholder"/>
        </w:category>
        <w:types>
          <w:type w:val="bbPlcHdr"/>
        </w:types>
        <w:behaviors>
          <w:behavior w:val="content"/>
        </w:behaviors>
        <w:guid w:val="{AB2288A6-1E82-488D-849B-C0D84780A64A}"/>
      </w:docPartPr>
      <w:docPartBody>
        <w:p w:rsidR="004C518B" w:rsidRDefault="00E7460C" w:rsidP="00E7460C">
          <w:pPr>
            <w:pStyle w:val="ED3E08F061F84C2289A6BAC0A4CAA5C16"/>
          </w:pPr>
          <w:r w:rsidRPr="002B0337">
            <w:rPr>
              <w:rStyle w:val="PlaceholderText"/>
            </w:rPr>
            <w:t>Click or tap here to enter text.</w:t>
          </w:r>
        </w:p>
      </w:docPartBody>
    </w:docPart>
    <w:docPart>
      <w:docPartPr>
        <w:name w:val="CD3B05F0B8494393B2C1850C7EBFD268"/>
        <w:category>
          <w:name w:val="General"/>
          <w:gallery w:val="placeholder"/>
        </w:category>
        <w:types>
          <w:type w:val="bbPlcHdr"/>
        </w:types>
        <w:behaviors>
          <w:behavior w:val="content"/>
        </w:behaviors>
        <w:guid w:val="{E41A199F-6F8D-44D2-A236-68610EA0BA4C}"/>
      </w:docPartPr>
      <w:docPartBody>
        <w:p w:rsidR="004C518B" w:rsidRDefault="00E7460C" w:rsidP="00E7460C">
          <w:pPr>
            <w:pStyle w:val="CD3B05F0B8494393B2C1850C7EBFD2685"/>
          </w:pPr>
          <w:r w:rsidRPr="002B0337">
            <w:rPr>
              <w:rStyle w:val="PlaceholderText"/>
            </w:rPr>
            <w:t>Click or tap here to enter text.</w:t>
          </w:r>
        </w:p>
      </w:docPartBody>
    </w:docPart>
    <w:docPart>
      <w:docPartPr>
        <w:name w:val="3FFC05D8FD934283B649A5DB08988513"/>
        <w:category>
          <w:name w:val="General"/>
          <w:gallery w:val="placeholder"/>
        </w:category>
        <w:types>
          <w:type w:val="bbPlcHdr"/>
        </w:types>
        <w:behaviors>
          <w:behavior w:val="content"/>
        </w:behaviors>
        <w:guid w:val="{CE8F1AAD-5DE7-4422-8DEB-251D6CF4D0DD}"/>
      </w:docPartPr>
      <w:docPartBody>
        <w:p w:rsidR="004C518B" w:rsidRDefault="00E7460C" w:rsidP="00E7460C">
          <w:pPr>
            <w:pStyle w:val="3FFC05D8FD934283B649A5DB089885135"/>
          </w:pPr>
          <w:r w:rsidRPr="002B0337">
            <w:rPr>
              <w:rStyle w:val="PlaceholderText"/>
            </w:rPr>
            <w:t>Click or tap here to enter text.</w:t>
          </w:r>
        </w:p>
      </w:docPartBody>
    </w:docPart>
    <w:docPart>
      <w:docPartPr>
        <w:name w:val="6BF458123A92496FB32B624BF460B214"/>
        <w:category>
          <w:name w:val="General"/>
          <w:gallery w:val="placeholder"/>
        </w:category>
        <w:types>
          <w:type w:val="bbPlcHdr"/>
        </w:types>
        <w:behaviors>
          <w:behavior w:val="content"/>
        </w:behaviors>
        <w:guid w:val="{3C4A63D0-3BF2-42DE-82DD-CBEA59E64323}"/>
      </w:docPartPr>
      <w:docPartBody>
        <w:p w:rsidR="004C518B" w:rsidRDefault="00E7460C" w:rsidP="00E7460C">
          <w:pPr>
            <w:pStyle w:val="6BF458123A92496FB32B624BF460B2145"/>
          </w:pPr>
          <w:r w:rsidRPr="002B0337">
            <w:rPr>
              <w:rStyle w:val="PlaceholderText"/>
            </w:rPr>
            <w:t>Click or tap here to enter text.</w:t>
          </w:r>
        </w:p>
      </w:docPartBody>
    </w:docPart>
    <w:docPart>
      <w:docPartPr>
        <w:name w:val="2BB8DC12FF1C430C8753E510B418E019"/>
        <w:category>
          <w:name w:val="General"/>
          <w:gallery w:val="placeholder"/>
        </w:category>
        <w:types>
          <w:type w:val="bbPlcHdr"/>
        </w:types>
        <w:behaviors>
          <w:behavior w:val="content"/>
        </w:behaviors>
        <w:guid w:val="{42D52BDB-E180-42E4-BCFC-00CA582FD6C5}"/>
      </w:docPartPr>
      <w:docPartBody>
        <w:p w:rsidR="004C518B" w:rsidRDefault="00E7460C" w:rsidP="00E7460C">
          <w:pPr>
            <w:pStyle w:val="2BB8DC12FF1C430C8753E510B418E0195"/>
          </w:pPr>
          <w:r w:rsidRPr="002B0337">
            <w:rPr>
              <w:rStyle w:val="PlaceholderText"/>
            </w:rPr>
            <w:t>Click or tap here to enter text.</w:t>
          </w:r>
        </w:p>
      </w:docPartBody>
    </w:docPart>
    <w:docPart>
      <w:docPartPr>
        <w:name w:val="5A3518BB3968453095B4F72389BEC024"/>
        <w:category>
          <w:name w:val="General"/>
          <w:gallery w:val="placeholder"/>
        </w:category>
        <w:types>
          <w:type w:val="bbPlcHdr"/>
        </w:types>
        <w:behaviors>
          <w:behavior w:val="content"/>
        </w:behaviors>
        <w:guid w:val="{DCDCFD00-B51B-4791-AE0B-0E12F5C7DC17}"/>
      </w:docPartPr>
      <w:docPartBody>
        <w:p w:rsidR="004C518B" w:rsidRDefault="00E7460C" w:rsidP="00E7460C">
          <w:pPr>
            <w:pStyle w:val="5A3518BB3968453095B4F72389BEC0245"/>
          </w:pPr>
          <w:r w:rsidRPr="002B0337">
            <w:rPr>
              <w:rStyle w:val="PlaceholderText"/>
            </w:rPr>
            <w:t>Click or tap here to enter text.</w:t>
          </w:r>
        </w:p>
      </w:docPartBody>
    </w:docPart>
    <w:docPart>
      <w:docPartPr>
        <w:name w:val="4DACF5B249E34C208DF3777DF45AD00A"/>
        <w:category>
          <w:name w:val="General"/>
          <w:gallery w:val="placeholder"/>
        </w:category>
        <w:types>
          <w:type w:val="bbPlcHdr"/>
        </w:types>
        <w:behaviors>
          <w:behavior w:val="content"/>
        </w:behaviors>
        <w:guid w:val="{CBF85A00-7AEF-4307-A4AB-8034F3FBEF59}"/>
      </w:docPartPr>
      <w:docPartBody>
        <w:p w:rsidR="004C518B" w:rsidRDefault="00E7460C" w:rsidP="00E7460C">
          <w:pPr>
            <w:pStyle w:val="4DACF5B249E34C208DF3777DF45AD00A5"/>
          </w:pPr>
          <w:r w:rsidRPr="002B0337">
            <w:rPr>
              <w:rStyle w:val="PlaceholderText"/>
            </w:rPr>
            <w:t>Click or tap here to enter text.</w:t>
          </w:r>
        </w:p>
      </w:docPartBody>
    </w:docPart>
    <w:docPart>
      <w:docPartPr>
        <w:name w:val="158D290E16D7438786D11EFAD2E28987"/>
        <w:category>
          <w:name w:val="General"/>
          <w:gallery w:val="placeholder"/>
        </w:category>
        <w:types>
          <w:type w:val="bbPlcHdr"/>
        </w:types>
        <w:behaviors>
          <w:behavior w:val="content"/>
        </w:behaviors>
        <w:guid w:val="{7A453159-E59C-4C67-B239-602EB957CCC6}"/>
      </w:docPartPr>
      <w:docPartBody>
        <w:p w:rsidR="004C518B" w:rsidRDefault="00E7460C" w:rsidP="00E7460C">
          <w:pPr>
            <w:pStyle w:val="158D290E16D7438786D11EFAD2E289875"/>
          </w:pPr>
          <w:r w:rsidRPr="002B0337">
            <w:rPr>
              <w:rStyle w:val="PlaceholderText"/>
            </w:rPr>
            <w:t>Click or tap here to enter text.</w:t>
          </w:r>
        </w:p>
      </w:docPartBody>
    </w:docPart>
    <w:docPart>
      <w:docPartPr>
        <w:name w:val="E92B00A64C5649E09D25599F2CBCEF59"/>
        <w:category>
          <w:name w:val="General"/>
          <w:gallery w:val="placeholder"/>
        </w:category>
        <w:types>
          <w:type w:val="bbPlcHdr"/>
        </w:types>
        <w:behaviors>
          <w:behavior w:val="content"/>
        </w:behaviors>
        <w:guid w:val="{CF80E635-F5ED-43E9-9763-0FE20BB9577C}"/>
      </w:docPartPr>
      <w:docPartBody>
        <w:p w:rsidR="004C518B" w:rsidRDefault="00E7460C" w:rsidP="00E7460C">
          <w:pPr>
            <w:pStyle w:val="E92B00A64C5649E09D25599F2CBCEF595"/>
          </w:pPr>
          <w:r w:rsidRPr="002B0337">
            <w:rPr>
              <w:rStyle w:val="PlaceholderText"/>
            </w:rPr>
            <w:t>Click or tap here to enter text.</w:t>
          </w:r>
        </w:p>
      </w:docPartBody>
    </w:docPart>
    <w:docPart>
      <w:docPartPr>
        <w:name w:val="7F8AEAE1F7CC44628E393E13A0395BEE"/>
        <w:category>
          <w:name w:val="General"/>
          <w:gallery w:val="placeholder"/>
        </w:category>
        <w:types>
          <w:type w:val="bbPlcHdr"/>
        </w:types>
        <w:behaviors>
          <w:behavior w:val="content"/>
        </w:behaviors>
        <w:guid w:val="{6B9858AA-4ABF-440A-8F3A-D49A5AC2CB9A}"/>
      </w:docPartPr>
      <w:docPartBody>
        <w:p w:rsidR="004C518B" w:rsidRDefault="00E7460C" w:rsidP="00E7460C">
          <w:pPr>
            <w:pStyle w:val="7F8AEAE1F7CC44628E393E13A0395BEE5"/>
          </w:pPr>
          <w:r w:rsidRPr="002B0337">
            <w:rPr>
              <w:rStyle w:val="PlaceholderText"/>
            </w:rPr>
            <w:t>Click or tap here to enter text.</w:t>
          </w:r>
        </w:p>
      </w:docPartBody>
    </w:docPart>
    <w:docPart>
      <w:docPartPr>
        <w:name w:val="00224F372FFB4262BE302C9799D2A766"/>
        <w:category>
          <w:name w:val="General"/>
          <w:gallery w:val="placeholder"/>
        </w:category>
        <w:types>
          <w:type w:val="bbPlcHdr"/>
        </w:types>
        <w:behaviors>
          <w:behavior w:val="content"/>
        </w:behaviors>
        <w:guid w:val="{B3D32057-F796-4AF6-80BB-72B3E23A7660}"/>
      </w:docPartPr>
      <w:docPartBody>
        <w:p w:rsidR="004C518B" w:rsidRDefault="00E7460C" w:rsidP="00E7460C">
          <w:pPr>
            <w:pStyle w:val="00224F372FFB4262BE302C9799D2A7665"/>
          </w:pPr>
          <w:r w:rsidRPr="002B0337">
            <w:rPr>
              <w:rStyle w:val="PlaceholderText"/>
            </w:rPr>
            <w:t>Click or tap here to enter text.</w:t>
          </w:r>
        </w:p>
      </w:docPartBody>
    </w:docPart>
    <w:docPart>
      <w:docPartPr>
        <w:name w:val="29436B92C5F0477986F9286342341B4E"/>
        <w:category>
          <w:name w:val="General"/>
          <w:gallery w:val="placeholder"/>
        </w:category>
        <w:types>
          <w:type w:val="bbPlcHdr"/>
        </w:types>
        <w:behaviors>
          <w:behavior w:val="content"/>
        </w:behaviors>
        <w:guid w:val="{CB8C6CC1-5734-494D-8723-7E046FED62CB}"/>
      </w:docPartPr>
      <w:docPartBody>
        <w:p w:rsidR="004C518B" w:rsidRDefault="00E7460C" w:rsidP="00E7460C">
          <w:pPr>
            <w:pStyle w:val="29436B92C5F0477986F9286342341B4E5"/>
          </w:pPr>
          <w:r w:rsidRPr="002B0337">
            <w:rPr>
              <w:rStyle w:val="PlaceholderText"/>
            </w:rPr>
            <w:t>Click or tap here to enter text.</w:t>
          </w:r>
        </w:p>
      </w:docPartBody>
    </w:docPart>
    <w:docPart>
      <w:docPartPr>
        <w:name w:val="804BF49E2F874EEFA28E871A650C03DB"/>
        <w:category>
          <w:name w:val="General"/>
          <w:gallery w:val="placeholder"/>
        </w:category>
        <w:types>
          <w:type w:val="bbPlcHdr"/>
        </w:types>
        <w:behaviors>
          <w:behavior w:val="content"/>
        </w:behaviors>
        <w:guid w:val="{57B24621-7B70-4F47-B91C-DDEEFF7D7ACC}"/>
      </w:docPartPr>
      <w:docPartBody>
        <w:p w:rsidR="004C518B" w:rsidRDefault="00E7460C" w:rsidP="00E7460C">
          <w:pPr>
            <w:pStyle w:val="804BF49E2F874EEFA28E871A650C03DB5"/>
          </w:pPr>
          <w:r w:rsidRPr="002B0337">
            <w:rPr>
              <w:rStyle w:val="PlaceholderText"/>
            </w:rPr>
            <w:t>Click or tap here to enter text.</w:t>
          </w:r>
        </w:p>
      </w:docPartBody>
    </w:docPart>
    <w:docPart>
      <w:docPartPr>
        <w:name w:val="BF82776CE5B643958F81B29C16322CD7"/>
        <w:category>
          <w:name w:val="General"/>
          <w:gallery w:val="placeholder"/>
        </w:category>
        <w:types>
          <w:type w:val="bbPlcHdr"/>
        </w:types>
        <w:behaviors>
          <w:behavior w:val="content"/>
        </w:behaviors>
        <w:guid w:val="{CE7AF9EE-24E6-41BC-B3E4-E01DDB5FD43F}"/>
      </w:docPartPr>
      <w:docPartBody>
        <w:p w:rsidR="004C518B" w:rsidRDefault="00E7460C" w:rsidP="00E7460C">
          <w:pPr>
            <w:pStyle w:val="BF82776CE5B643958F81B29C16322CD75"/>
          </w:pPr>
          <w:r w:rsidRPr="002B0337">
            <w:rPr>
              <w:rStyle w:val="PlaceholderText"/>
            </w:rPr>
            <w:t>Click or tap here to enter text.</w:t>
          </w:r>
        </w:p>
      </w:docPartBody>
    </w:docPart>
    <w:docPart>
      <w:docPartPr>
        <w:name w:val="3AD68AF3C1AF4445BD88FC2E87381081"/>
        <w:category>
          <w:name w:val="General"/>
          <w:gallery w:val="placeholder"/>
        </w:category>
        <w:types>
          <w:type w:val="bbPlcHdr"/>
        </w:types>
        <w:behaviors>
          <w:behavior w:val="content"/>
        </w:behaviors>
        <w:guid w:val="{2AF493A7-88EB-447E-B724-26AE8C56511F}"/>
      </w:docPartPr>
      <w:docPartBody>
        <w:p w:rsidR="004C518B" w:rsidRDefault="00E7460C" w:rsidP="00E7460C">
          <w:pPr>
            <w:pStyle w:val="3AD68AF3C1AF4445BD88FC2E873810815"/>
          </w:pPr>
          <w:r w:rsidRPr="002B0337">
            <w:rPr>
              <w:rStyle w:val="PlaceholderText"/>
            </w:rPr>
            <w:t>Click or tap here to enter text.</w:t>
          </w:r>
        </w:p>
      </w:docPartBody>
    </w:docPart>
    <w:docPart>
      <w:docPartPr>
        <w:name w:val="AE7898835EA7450CA935AFE11384D240"/>
        <w:category>
          <w:name w:val="General"/>
          <w:gallery w:val="placeholder"/>
        </w:category>
        <w:types>
          <w:type w:val="bbPlcHdr"/>
        </w:types>
        <w:behaviors>
          <w:behavior w:val="content"/>
        </w:behaviors>
        <w:guid w:val="{0B500438-82E1-46AC-9E30-D5F1F9AA31EA}"/>
      </w:docPartPr>
      <w:docPartBody>
        <w:p w:rsidR="004C518B" w:rsidRDefault="00E7460C" w:rsidP="00E7460C">
          <w:pPr>
            <w:pStyle w:val="AE7898835EA7450CA935AFE11384D2405"/>
          </w:pPr>
          <w:r w:rsidRPr="002B0337">
            <w:rPr>
              <w:rStyle w:val="PlaceholderText"/>
            </w:rPr>
            <w:t>Click or tap here to enter text.</w:t>
          </w:r>
        </w:p>
      </w:docPartBody>
    </w:docPart>
    <w:docPart>
      <w:docPartPr>
        <w:name w:val="872B4A57ECDB4FA2847BBB6AA1F50973"/>
        <w:category>
          <w:name w:val="General"/>
          <w:gallery w:val="placeholder"/>
        </w:category>
        <w:types>
          <w:type w:val="bbPlcHdr"/>
        </w:types>
        <w:behaviors>
          <w:behavior w:val="content"/>
        </w:behaviors>
        <w:guid w:val="{DE8A07B5-795B-40ED-803B-AA830566557F}"/>
      </w:docPartPr>
      <w:docPartBody>
        <w:p w:rsidR="004C518B" w:rsidRDefault="00E7460C" w:rsidP="00E7460C">
          <w:pPr>
            <w:pStyle w:val="872B4A57ECDB4FA2847BBB6AA1F509735"/>
          </w:pPr>
          <w:r w:rsidRPr="002B0337">
            <w:rPr>
              <w:rStyle w:val="PlaceholderText"/>
            </w:rPr>
            <w:t>Click or tap here to enter text.</w:t>
          </w:r>
        </w:p>
      </w:docPartBody>
    </w:docPart>
    <w:docPart>
      <w:docPartPr>
        <w:name w:val="705E402E7105445CB716C9B2E64F1932"/>
        <w:category>
          <w:name w:val="General"/>
          <w:gallery w:val="placeholder"/>
        </w:category>
        <w:types>
          <w:type w:val="bbPlcHdr"/>
        </w:types>
        <w:behaviors>
          <w:behavior w:val="content"/>
        </w:behaviors>
        <w:guid w:val="{00FDF99F-E4BE-4803-814D-300892229EBE}"/>
      </w:docPartPr>
      <w:docPartBody>
        <w:p w:rsidR="004C518B" w:rsidRDefault="00E7460C" w:rsidP="00E7460C">
          <w:pPr>
            <w:pStyle w:val="705E402E7105445CB716C9B2E64F19325"/>
          </w:pPr>
          <w:r w:rsidRPr="002B0337">
            <w:rPr>
              <w:rStyle w:val="PlaceholderText"/>
            </w:rPr>
            <w:t>Click or tap here to enter text.</w:t>
          </w:r>
        </w:p>
      </w:docPartBody>
    </w:docPart>
    <w:docPart>
      <w:docPartPr>
        <w:name w:val="7969BC8B05C641019B0D33FF3C9949AB"/>
        <w:category>
          <w:name w:val="General"/>
          <w:gallery w:val="placeholder"/>
        </w:category>
        <w:types>
          <w:type w:val="bbPlcHdr"/>
        </w:types>
        <w:behaviors>
          <w:behavior w:val="content"/>
        </w:behaviors>
        <w:guid w:val="{50EA5BDC-254E-44F0-9647-ED0A70B47845}"/>
      </w:docPartPr>
      <w:docPartBody>
        <w:p w:rsidR="004C518B" w:rsidRDefault="00E7460C" w:rsidP="00E7460C">
          <w:pPr>
            <w:pStyle w:val="7969BC8B05C641019B0D33FF3C9949AB5"/>
          </w:pPr>
          <w:r w:rsidRPr="002B0337">
            <w:rPr>
              <w:rStyle w:val="PlaceholderText"/>
            </w:rPr>
            <w:t>Click or tap here to enter text.</w:t>
          </w:r>
        </w:p>
      </w:docPartBody>
    </w:docPart>
    <w:docPart>
      <w:docPartPr>
        <w:name w:val="1547287132EC46D997C4C898350C9667"/>
        <w:category>
          <w:name w:val="General"/>
          <w:gallery w:val="placeholder"/>
        </w:category>
        <w:types>
          <w:type w:val="bbPlcHdr"/>
        </w:types>
        <w:behaviors>
          <w:behavior w:val="content"/>
        </w:behaviors>
        <w:guid w:val="{1597508E-D0A4-40EE-B35D-8256FBFFE4F4}"/>
      </w:docPartPr>
      <w:docPartBody>
        <w:p w:rsidR="004C518B" w:rsidRDefault="00E7460C" w:rsidP="00E7460C">
          <w:pPr>
            <w:pStyle w:val="1547287132EC46D997C4C898350C96675"/>
          </w:pPr>
          <w:r w:rsidRPr="002B0337">
            <w:rPr>
              <w:rStyle w:val="PlaceholderText"/>
            </w:rPr>
            <w:t>Click or tap here to enter text.</w:t>
          </w:r>
        </w:p>
      </w:docPartBody>
    </w:docPart>
    <w:docPart>
      <w:docPartPr>
        <w:name w:val="21F1D69E34E24CE0939E409A4A8B4563"/>
        <w:category>
          <w:name w:val="General"/>
          <w:gallery w:val="placeholder"/>
        </w:category>
        <w:types>
          <w:type w:val="bbPlcHdr"/>
        </w:types>
        <w:behaviors>
          <w:behavior w:val="content"/>
        </w:behaviors>
        <w:guid w:val="{8B5B5C7F-C8B7-419C-B170-0398D3813953}"/>
      </w:docPartPr>
      <w:docPartBody>
        <w:p w:rsidR="004C518B" w:rsidRDefault="00E7460C" w:rsidP="00E7460C">
          <w:pPr>
            <w:pStyle w:val="21F1D69E34E24CE0939E409A4A8B45635"/>
          </w:pPr>
          <w:r w:rsidRPr="002B0337">
            <w:rPr>
              <w:rStyle w:val="PlaceholderText"/>
            </w:rPr>
            <w:t>Click or tap here to enter text.</w:t>
          </w:r>
        </w:p>
      </w:docPartBody>
    </w:docPart>
    <w:docPart>
      <w:docPartPr>
        <w:name w:val="AF6A0D96EC9C4D12A2BFF965DF8A6130"/>
        <w:category>
          <w:name w:val="General"/>
          <w:gallery w:val="placeholder"/>
        </w:category>
        <w:types>
          <w:type w:val="bbPlcHdr"/>
        </w:types>
        <w:behaviors>
          <w:behavior w:val="content"/>
        </w:behaviors>
        <w:guid w:val="{F101A812-E0FC-4ACB-9DDB-07D771020219}"/>
      </w:docPartPr>
      <w:docPartBody>
        <w:p w:rsidR="004C518B" w:rsidRDefault="00E7460C" w:rsidP="00E7460C">
          <w:pPr>
            <w:pStyle w:val="AF6A0D96EC9C4D12A2BFF965DF8A61305"/>
          </w:pPr>
          <w:r w:rsidRPr="002B0337">
            <w:rPr>
              <w:rStyle w:val="PlaceholderText"/>
            </w:rPr>
            <w:t>Click here to enter text.</w:t>
          </w:r>
        </w:p>
      </w:docPartBody>
    </w:docPart>
    <w:docPart>
      <w:docPartPr>
        <w:name w:val="BEEF693750BB4FF4B1F8DB8899C12972"/>
        <w:category>
          <w:name w:val="General"/>
          <w:gallery w:val="placeholder"/>
        </w:category>
        <w:types>
          <w:type w:val="bbPlcHdr"/>
        </w:types>
        <w:behaviors>
          <w:behavior w:val="content"/>
        </w:behaviors>
        <w:guid w:val="{57E99874-CD1D-4D64-B6CB-9ACA43C836CB}"/>
      </w:docPartPr>
      <w:docPartBody>
        <w:p w:rsidR="004C518B" w:rsidRDefault="00E7460C" w:rsidP="00E7460C">
          <w:pPr>
            <w:pStyle w:val="BEEF693750BB4FF4B1F8DB8899C129725"/>
          </w:pPr>
          <w:r w:rsidRPr="002B0337">
            <w:rPr>
              <w:rStyle w:val="PlaceholderText"/>
            </w:rPr>
            <w:t>Click or tap here to enter text.</w:t>
          </w:r>
        </w:p>
      </w:docPartBody>
    </w:docPart>
    <w:docPart>
      <w:docPartPr>
        <w:name w:val="5FB0273063774A659629046F2305DE3F"/>
        <w:category>
          <w:name w:val="General"/>
          <w:gallery w:val="placeholder"/>
        </w:category>
        <w:types>
          <w:type w:val="bbPlcHdr"/>
        </w:types>
        <w:behaviors>
          <w:behavior w:val="content"/>
        </w:behaviors>
        <w:guid w:val="{DEE7F7D7-47DA-4A61-98B2-30F6FEB1C00E}"/>
      </w:docPartPr>
      <w:docPartBody>
        <w:p w:rsidR="004C518B" w:rsidRDefault="00E7460C" w:rsidP="00E7460C">
          <w:pPr>
            <w:pStyle w:val="5FB0273063774A659629046F2305DE3F4"/>
          </w:pPr>
          <w:r w:rsidRPr="002B0337">
            <w:rPr>
              <w:rStyle w:val="PlaceholderText"/>
            </w:rPr>
            <w:t>Click or tap here to enter text.</w:t>
          </w:r>
        </w:p>
      </w:docPartBody>
    </w:docPart>
    <w:docPart>
      <w:docPartPr>
        <w:name w:val="9F0E768C63E4429CA8E2C044AECF5C14"/>
        <w:category>
          <w:name w:val="General"/>
          <w:gallery w:val="placeholder"/>
        </w:category>
        <w:types>
          <w:type w:val="bbPlcHdr"/>
        </w:types>
        <w:behaviors>
          <w:behavior w:val="content"/>
        </w:behaviors>
        <w:guid w:val="{FE3FD3E9-03CC-4B75-8538-EC96007F017C}"/>
      </w:docPartPr>
      <w:docPartBody>
        <w:p w:rsidR="004C518B" w:rsidRDefault="00E7460C" w:rsidP="00E7460C">
          <w:pPr>
            <w:pStyle w:val="9F0E768C63E4429CA8E2C044AECF5C144"/>
          </w:pPr>
          <w:r w:rsidRPr="002B0337">
            <w:rPr>
              <w:rStyle w:val="PlaceholderText"/>
            </w:rPr>
            <w:t>Click or tap here to enter text.</w:t>
          </w:r>
        </w:p>
      </w:docPartBody>
    </w:docPart>
    <w:docPart>
      <w:docPartPr>
        <w:name w:val="812591F5424F4AED8F8D2210A8C5A7F6"/>
        <w:category>
          <w:name w:val="General"/>
          <w:gallery w:val="placeholder"/>
        </w:category>
        <w:types>
          <w:type w:val="bbPlcHdr"/>
        </w:types>
        <w:behaviors>
          <w:behavior w:val="content"/>
        </w:behaviors>
        <w:guid w:val="{01A8E395-3138-4F67-8BAE-A408432BEADD}"/>
      </w:docPartPr>
      <w:docPartBody>
        <w:p w:rsidR="004C518B" w:rsidRDefault="00E7460C" w:rsidP="00E7460C">
          <w:pPr>
            <w:pStyle w:val="812591F5424F4AED8F8D2210A8C5A7F64"/>
          </w:pPr>
          <w:r w:rsidRPr="002B0337">
            <w:rPr>
              <w:rStyle w:val="PlaceholderText"/>
            </w:rPr>
            <w:t>Click or tap here to enter text.</w:t>
          </w:r>
        </w:p>
      </w:docPartBody>
    </w:docPart>
    <w:docPart>
      <w:docPartPr>
        <w:name w:val="F19DF0099F12434D87D84EA1FC345862"/>
        <w:category>
          <w:name w:val="General"/>
          <w:gallery w:val="placeholder"/>
        </w:category>
        <w:types>
          <w:type w:val="bbPlcHdr"/>
        </w:types>
        <w:behaviors>
          <w:behavior w:val="content"/>
        </w:behaviors>
        <w:guid w:val="{DF3698ED-7B45-4CCF-A464-767CD0146713}"/>
      </w:docPartPr>
      <w:docPartBody>
        <w:p w:rsidR="004C518B" w:rsidRDefault="00E7460C" w:rsidP="00E7460C">
          <w:pPr>
            <w:pStyle w:val="F19DF0099F12434D87D84EA1FC3458624"/>
          </w:pPr>
          <w:r w:rsidRPr="002B0337">
            <w:rPr>
              <w:rStyle w:val="PlaceholderText"/>
            </w:rPr>
            <w:t>Click or tap here to enter text.</w:t>
          </w:r>
        </w:p>
      </w:docPartBody>
    </w:docPart>
    <w:docPart>
      <w:docPartPr>
        <w:name w:val="C291525F62F14810ADC850E3DB0E9B47"/>
        <w:category>
          <w:name w:val="General"/>
          <w:gallery w:val="placeholder"/>
        </w:category>
        <w:types>
          <w:type w:val="bbPlcHdr"/>
        </w:types>
        <w:behaviors>
          <w:behavior w:val="content"/>
        </w:behaviors>
        <w:guid w:val="{F1F3AE4D-987D-4050-A43C-FBFF6EED1D96}"/>
      </w:docPartPr>
      <w:docPartBody>
        <w:p w:rsidR="004C518B" w:rsidRDefault="00E7460C" w:rsidP="00E7460C">
          <w:pPr>
            <w:pStyle w:val="C291525F62F14810ADC850E3DB0E9B474"/>
          </w:pPr>
          <w:r w:rsidRPr="002B0337">
            <w:rPr>
              <w:rStyle w:val="PlaceholderText"/>
            </w:rPr>
            <w:t>Click or tap here to enter text.</w:t>
          </w:r>
        </w:p>
      </w:docPartBody>
    </w:docPart>
    <w:docPart>
      <w:docPartPr>
        <w:name w:val="412BB4B812624A17BB652E579E54F3DE"/>
        <w:category>
          <w:name w:val="General"/>
          <w:gallery w:val="placeholder"/>
        </w:category>
        <w:types>
          <w:type w:val="bbPlcHdr"/>
        </w:types>
        <w:behaviors>
          <w:behavior w:val="content"/>
        </w:behaviors>
        <w:guid w:val="{3E379D72-9796-4E32-ACB9-A68353A2E6FA}"/>
      </w:docPartPr>
      <w:docPartBody>
        <w:p w:rsidR="004C518B" w:rsidRDefault="00E7460C" w:rsidP="00E7460C">
          <w:pPr>
            <w:pStyle w:val="412BB4B812624A17BB652E579E54F3DE4"/>
          </w:pPr>
          <w:r w:rsidRPr="002B0337">
            <w:rPr>
              <w:rStyle w:val="PlaceholderText"/>
            </w:rPr>
            <w:t>Click or tap here to enter text.</w:t>
          </w:r>
        </w:p>
      </w:docPartBody>
    </w:docPart>
    <w:docPart>
      <w:docPartPr>
        <w:name w:val="385CD93733C040F5A6A8B12225D8C41C"/>
        <w:category>
          <w:name w:val="General"/>
          <w:gallery w:val="placeholder"/>
        </w:category>
        <w:types>
          <w:type w:val="bbPlcHdr"/>
        </w:types>
        <w:behaviors>
          <w:behavior w:val="content"/>
        </w:behaviors>
        <w:guid w:val="{F7582944-AEC4-4C90-B36F-ABE1D0DAD48E}"/>
      </w:docPartPr>
      <w:docPartBody>
        <w:p w:rsidR="004C518B" w:rsidRDefault="00E7460C" w:rsidP="00E7460C">
          <w:pPr>
            <w:pStyle w:val="385CD93733C040F5A6A8B12225D8C41C2"/>
          </w:pPr>
          <w:r>
            <w:rPr>
              <w:rFonts w:cs="Arial"/>
              <w:szCs w:val="18"/>
            </w:rPr>
            <w:t>___</w:t>
          </w:r>
        </w:p>
      </w:docPartBody>
    </w:docPart>
    <w:docPart>
      <w:docPartPr>
        <w:name w:val="0685C3C242F4401C8E3CA7D7DA95ECFB"/>
        <w:category>
          <w:name w:val="General"/>
          <w:gallery w:val="placeholder"/>
        </w:category>
        <w:types>
          <w:type w:val="bbPlcHdr"/>
        </w:types>
        <w:behaviors>
          <w:behavior w:val="content"/>
        </w:behaviors>
        <w:guid w:val="{53E392F1-1416-4B01-BFCF-797548DD02F8}"/>
      </w:docPartPr>
      <w:docPartBody>
        <w:p w:rsidR="004C518B" w:rsidRDefault="00E7460C" w:rsidP="00E7460C">
          <w:pPr>
            <w:pStyle w:val="0685C3C242F4401C8E3CA7D7DA95ECFB1"/>
          </w:pPr>
          <w:r>
            <w:rPr>
              <w:rFonts w:cs="Arial"/>
              <w:szCs w:val="18"/>
            </w:rPr>
            <w:t>___</w:t>
          </w:r>
        </w:p>
      </w:docPartBody>
    </w:docPart>
    <w:docPart>
      <w:docPartPr>
        <w:name w:val="BF2F61CEAE824374BC6D195B7479237B"/>
        <w:category>
          <w:name w:val="General"/>
          <w:gallery w:val="placeholder"/>
        </w:category>
        <w:types>
          <w:type w:val="bbPlcHdr"/>
        </w:types>
        <w:behaviors>
          <w:behavior w:val="content"/>
        </w:behaviors>
        <w:guid w:val="{669DDD3D-E27A-40B8-86F1-CFC645DA2F61}"/>
      </w:docPartPr>
      <w:docPartBody>
        <w:p w:rsidR="004C518B" w:rsidRDefault="00E7460C" w:rsidP="00E7460C">
          <w:pPr>
            <w:pStyle w:val="BF2F61CEAE824374BC6D195B7479237B1"/>
          </w:pPr>
          <w:r>
            <w:rPr>
              <w:rFonts w:cs="Arial"/>
              <w:szCs w:val="18"/>
            </w:rPr>
            <w:t>___</w:t>
          </w:r>
        </w:p>
      </w:docPartBody>
    </w:docPart>
    <w:docPart>
      <w:docPartPr>
        <w:name w:val="B1CACA077EED42EB87E090B14FF39C7F"/>
        <w:category>
          <w:name w:val="General"/>
          <w:gallery w:val="placeholder"/>
        </w:category>
        <w:types>
          <w:type w:val="bbPlcHdr"/>
        </w:types>
        <w:behaviors>
          <w:behavior w:val="content"/>
        </w:behaviors>
        <w:guid w:val="{D6217FF1-E196-46E0-8B9C-246431F8AE91}"/>
      </w:docPartPr>
      <w:docPartBody>
        <w:p w:rsidR="00EB64CA" w:rsidRDefault="00EB5831" w:rsidP="00EB5831">
          <w:pPr>
            <w:pStyle w:val="B1CACA077EED42EB87E090B14FF39C7F"/>
          </w:pPr>
          <w:r w:rsidRPr="002B033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utiger LT Std 67 Bold Cn">
    <w:altName w:val="Franklin Gothic Demi Cond"/>
    <w:charset w:val="00"/>
    <w:family w:val="auto"/>
    <w:pitch w:val="variable"/>
    <w:sig w:usb0="00000003"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60C"/>
    <w:rsid w:val="004C518B"/>
    <w:rsid w:val="00D231CA"/>
    <w:rsid w:val="00E7460C"/>
    <w:rsid w:val="00EB5831"/>
    <w:rsid w:val="00EB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5831"/>
    <w:rPr>
      <w:color w:val="666666"/>
    </w:rPr>
  </w:style>
  <w:style w:type="paragraph" w:customStyle="1" w:styleId="B1CACA077EED42EB87E090B14FF39C7F">
    <w:name w:val="B1CACA077EED42EB87E090B14FF39C7F"/>
    <w:rsid w:val="00EB5831"/>
  </w:style>
  <w:style w:type="paragraph" w:customStyle="1" w:styleId="3DD27CF047F14B2F8545E1683B12993F6">
    <w:name w:val="3DD27CF047F14B2F8545E1683B12993F6"/>
    <w:rsid w:val="00E7460C"/>
    <w:pPr>
      <w:spacing w:after="200" w:line="276" w:lineRule="auto"/>
    </w:pPr>
    <w:rPr>
      <w:rFonts w:ascii="Arial" w:hAnsi="Arial"/>
      <w:kern w:val="0"/>
      <w:sz w:val="18"/>
      <w:szCs w:val="22"/>
      <w:lang w:val="en-US" w:eastAsia="en-US"/>
      <w14:ligatures w14:val="none"/>
    </w:rPr>
  </w:style>
  <w:style w:type="paragraph" w:customStyle="1" w:styleId="36970F30494F4038AD36B26C8F19EC037">
    <w:name w:val="36970F30494F4038AD36B26C8F19EC037"/>
    <w:rsid w:val="00E7460C"/>
    <w:pPr>
      <w:spacing w:after="200" w:line="276" w:lineRule="auto"/>
    </w:pPr>
    <w:rPr>
      <w:rFonts w:ascii="Arial" w:hAnsi="Arial"/>
      <w:kern w:val="0"/>
      <w:sz w:val="18"/>
      <w:szCs w:val="22"/>
      <w:lang w:val="en-US" w:eastAsia="en-US"/>
      <w14:ligatures w14:val="none"/>
    </w:rPr>
  </w:style>
  <w:style w:type="paragraph" w:customStyle="1" w:styleId="496E8058C842492497944F44456F0E677">
    <w:name w:val="496E8058C842492497944F44456F0E677"/>
    <w:rsid w:val="00E7460C"/>
    <w:pPr>
      <w:spacing w:after="200" w:line="276" w:lineRule="auto"/>
    </w:pPr>
    <w:rPr>
      <w:rFonts w:ascii="Arial" w:hAnsi="Arial"/>
      <w:kern w:val="0"/>
      <w:sz w:val="18"/>
      <w:szCs w:val="22"/>
      <w:lang w:val="en-US" w:eastAsia="en-US"/>
      <w14:ligatures w14:val="none"/>
    </w:rPr>
  </w:style>
  <w:style w:type="paragraph" w:customStyle="1" w:styleId="20790D30F0314E4EA738ED5882FD3E417">
    <w:name w:val="20790D30F0314E4EA738ED5882FD3E417"/>
    <w:rsid w:val="00E7460C"/>
    <w:pPr>
      <w:spacing w:after="200" w:line="276" w:lineRule="auto"/>
    </w:pPr>
    <w:rPr>
      <w:rFonts w:ascii="Arial" w:hAnsi="Arial"/>
      <w:kern w:val="0"/>
      <w:sz w:val="18"/>
      <w:szCs w:val="22"/>
      <w:lang w:val="en-US" w:eastAsia="en-US"/>
      <w14:ligatures w14:val="none"/>
    </w:rPr>
  </w:style>
  <w:style w:type="paragraph" w:customStyle="1" w:styleId="ED3E08F061F84C2289A6BAC0A4CAA5C16">
    <w:name w:val="ED3E08F061F84C2289A6BAC0A4CAA5C16"/>
    <w:rsid w:val="00E7460C"/>
    <w:pPr>
      <w:spacing w:after="200" w:line="276" w:lineRule="auto"/>
    </w:pPr>
    <w:rPr>
      <w:rFonts w:ascii="Arial" w:hAnsi="Arial"/>
      <w:kern w:val="0"/>
      <w:sz w:val="18"/>
      <w:szCs w:val="22"/>
      <w:lang w:val="en-US" w:eastAsia="en-US"/>
      <w14:ligatures w14:val="none"/>
    </w:rPr>
  </w:style>
  <w:style w:type="paragraph" w:customStyle="1" w:styleId="CD3B05F0B8494393B2C1850C7EBFD2685">
    <w:name w:val="CD3B05F0B8494393B2C1850C7EBFD2685"/>
    <w:rsid w:val="00E7460C"/>
    <w:pPr>
      <w:spacing w:after="200" w:line="276" w:lineRule="auto"/>
    </w:pPr>
    <w:rPr>
      <w:rFonts w:ascii="Arial" w:hAnsi="Arial"/>
      <w:kern w:val="0"/>
      <w:sz w:val="18"/>
      <w:szCs w:val="22"/>
      <w:lang w:val="en-US" w:eastAsia="en-US"/>
      <w14:ligatures w14:val="none"/>
    </w:rPr>
  </w:style>
  <w:style w:type="paragraph" w:customStyle="1" w:styleId="3FFC05D8FD934283B649A5DB089885135">
    <w:name w:val="3FFC05D8FD934283B649A5DB089885135"/>
    <w:rsid w:val="00E7460C"/>
    <w:pPr>
      <w:spacing w:after="200" w:line="276" w:lineRule="auto"/>
    </w:pPr>
    <w:rPr>
      <w:rFonts w:ascii="Arial" w:hAnsi="Arial"/>
      <w:kern w:val="0"/>
      <w:sz w:val="18"/>
      <w:szCs w:val="22"/>
      <w:lang w:val="en-US" w:eastAsia="en-US"/>
      <w14:ligatures w14:val="none"/>
    </w:rPr>
  </w:style>
  <w:style w:type="paragraph" w:customStyle="1" w:styleId="6BF458123A92496FB32B624BF460B2145">
    <w:name w:val="6BF458123A92496FB32B624BF460B2145"/>
    <w:rsid w:val="00E7460C"/>
    <w:pPr>
      <w:spacing w:after="200" w:line="276" w:lineRule="auto"/>
    </w:pPr>
    <w:rPr>
      <w:rFonts w:ascii="Arial" w:hAnsi="Arial"/>
      <w:kern w:val="0"/>
      <w:sz w:val="18"/>
      <w:szCs w:val="22"/>
      <w:lang w:val="en-US" w:eastAsia="en-US"/>
      <w14:ligatures w14:val="none"/>
    </w:rPr>
  </w:style>
  <w:style w:type="paragraph" w:customStyle="1" w:styleId="2BB8DC12FF1C430C8753E510B418E0195">
    <w:name w:val="2BB8DC12FF1C430C8753E510B418E0195"/>
    <w:rsid w:val="00E7460C"/>
    <w:pPr>
      <w:spacing w:after="200" w:line="276" w:lineRule="auto"/>
    </w:pPr>
    <w:rPr>
      <w:rFonts w:ascii="Arial" w:hAnsi="Arial"/>
      <w:kern w:val="0"/>
      <w:sz w:val="18"/>
      <w:szCs w:val="22"/>
      <w:lang w:val="en-US" w:eastAsia="en-US"/>
      <w14:ligatures w14:val="none"/>
    </w:rPr>
  </w:style>
  <w:style w:type="paragraph" w:customStyle="1" w:styleId="5A3518BB3968453095B4F72389BEC0245">
    <w:name w:val="5A3518BB3968453095B4F72389BEC0245"/>
    <w:rsid w:val="00E7460C"/>
    <w:pPr>
      <w:spacing w:after="200" w:line="276" w:lineRule="auto"/>
    </w:pPr>
    <w:rPr>
      <w:rFonts w:ascii="Arial" w:hAnsi="Arial"/>
      <w:kern w:val="0"/>
      <w:sz w:val="18"/>
      <w:szCs w:val="22"/>
      <w:lang w:val="en-US" w:eastAsia="en-US"/>
      <w14:ligatures w14:val="none"/>
    </w:rPr>
  </w:style>
  <w:style w:type="paragraph" w:customStyle="1" w:styleId="4DACF5B249E34C208DF3777DF45AD00A5">
    <w:name w:val="4DACF5B249E34C208DF3777DF45AD00A5"/>
    <w:rsid w:val="00E7460C"/>
    <w:pPr>
      <w:spacing w:after="200" w:line="276" w:lineRule="auto"/>
    </w:pPr>
    <w:rPr>
      <w:rFonts w:ascii="Arial" w:hAnsi="Arial"/>
      <w:kern w:val="0"/>
      <w:sz w:val="18"/>
      <w:szCs w:val="22"/>
      <w:lang w:val="en-US" w:eastAsia="en-US"/>
      <w14:ligatures w14:val="none"/>
    </w:rPr>
  </w:style>
  <w:style w:type="paragraph" w:customStyle="1" w:styleId="158D290E16D7438786D11EFAD2E289875">
    <w:name w:val="158D290E16D7438786D11EFAD2E289875"/>
    <w:rsid w:val="00E7460C"/>
    <w:pPr>
      <w:spacing w:after="200" w:line="276" w:lineRule="auto"/>
    </w:pPr>
    <w:rPr>
      <w:rFonts w:ascii="Arial" w:hAnsi="Arial"/>
      <w:kern w:val="0"/>
      <w:sz w:val="18"/>
      <w:szCs w:val="22"/>
      <w:lang w:val="en-US" w:eastAsia="en-US"/>
      <w14:ligatures w14:val="none"/>
    </w:rPr>
  </w:style>
  <w:style w:type="paragraph" w:customStyle="1" w:styleId="E92B00A64C5649E09D25599F2CBCEF595">
    <w:name w:val="E92B00A64C5649E09D25599F2CBCEF595"/>
    <w:rsid w:val="00E7460C"/>
    <w:pPr>
      <w:spacing w:after="200" w:line="276" w:lineRule="auto"/>
    </w:pPr>
    <w:rPr>
      <w:rFonts w:ascii="Arial" w:hAnsi="Arial"/>
      <w:kern w:val="0"/>
      <w:sz w:val="18"/>
      <w:szCs w:val="22"/>
      <w:lang w:val="en-US" w:eastAsia="en-US"/>
      <w14:ligatures w14:val="none"/>
    </w:rPr>
  </w:style>
  <w:style w:type="paragraph" w:customStyle="1" w:styleId="7F8AEAE1F7CC44628E393E13A0395BEE5">
    <w:name w:val="7F8AEAE1F7CC44628E393E13A0395BEE5"/>
    <w:rsid w:val="00E7460C"/>
    <w:pPr>
      <w:spacing w:after="200" w:line="276" w:lineRule="auto"/>
    </w:pPr>
    <w:rPr>
      <w:rFonts w:ascii="Arial" w:hAnsi="Arial"/>
      <w:kern w:val="0"/>
      <w:sz w:val="18"/>
      <w:szCs w:val="22"/>
      <w:lang w:val="en-US" w:eastAsia="en-US"/>
      <w14:ligatures w14:val="none"/>
    </w:rPr>
  </w:style>
  <w:style w:type="paragraph" w:customStyle="1" w:styleId="00224F372FFB4262BE302C9799D2A7665">
    <w:name w:val="00224F372FFB4262BE302C9799D2A7665"/>
    <w:rsid w:val="00E7460C"/>
    <w:pPr>
      <w:spacing w:after="200" w:line="276" w:lineRule="auto"/>
    </w:pPr>
    <w:rPr>
      <w:rFonts w:ascii="Arial" w:hAnsi="Arial"/>
      <w:kern w:val="0"/>
      <w:sz w:val="18"/>
      <w:szCs w:val="22"/>
      <w:lang w:val="en-US" w:eastAsia="en-US"/>
      <w14:ligatures w14:val="none"/>
    </w:rPr>
  </w:style>
  <w:style w:type="paragraph" w:customStyle="1" w:styleId="29436B92C5F0477986F9286342341B4E5">
    <w:name w:val="29436B92C5F0477986F9286342341B4E5"/>
    <w:rsid w:val="00E7460C"/>
    <w:pPr>
      <w:spacing w:after="200" w:line="276" w:lineRule="auto"/>
    </w:pPr>
    <w:rPr>
      <w:rFonts w:ascii="Arial" w:hAnsi="Arial"/>
      <w:kern w:val="0"/>
      <w:sz w:val="18"/>
      <w:szCs w:val="22"/>
      <w:lang w:val="en-US" w:eastAsia="en-US"/>
      <w14:ligatures w14:val="none"/>
    </w:rPr>
  </w:style>
  <w:style w:type="paragraph" w:customStyle="1" w:styleId="804BF49E2F874EEFA28E871A650C03DB5">
    <w:name w:val="804BF49E2F874EEFA28E871A650C03DB5"/>
    <w:rsid w:val="00E7460C"/>
    <w:pPr>
      <w:spacing w:after="200" w:line="276" w:lineRule="auto"/>
    </w:pPr>
    <w:rPr>
      <w:rFonts w:ascii="Arial" w:hAnsi="Arial"/>
      <w:kern w:val="0"/>
      <w:sz w:val="18"/>
      <w:szCs w:val="22"/>
      <w:lang w:val="en-US" w:eastAsia="en-US"/>
      <w14:ligatures w14:val="none"/>
    </w:rPr>
  </w:style>
  <w:style w:type="paragraph" w:customStyle="1" w:styleId="BF82776CE5B643958F81B29C16322CD75">
    <w:name w:val="BF82776CE5B643958F81B29C16322CD75"/>
    <w:rsid w:val="00E7460C"/>
    <w:pPr>
      <w:spacing w:after="200" w:line="276" w:lineRule="auto"/>
    </w:pPr>
    <w:rPr>
      <w:rFonts w:ascii="Arial" w:hAnsi="Arial"/>
      <w:kern w:val="0"/>
      <w:sz w:val="18"/>
      <w:szCs w:val="22"/>
      <w:lang w:val="en-US" w:eastAsia="en-US"/>
      <w14:ligatures w14:val="none"/>
    </w:rPr>
  </w:style>
  <w:style w:type="paragraph" w:customStyle="1" w:styleId="3AD68AF3C1AF4445BD88FC2E873810815">
    <w:name w:val="3AD68AF3C1AF4445BD88FC2E873810815"/>
    <w:rsid w:val="00E7460C"/>
    <w:pPr>
      <w:spacing w:after="200" w:line="276" w:lineRule="auto"/>
    </w:pPr>
    <w:rPr>
      <w:rFonts w:ascii="Arial" w:hAnsi="Arial"/>
      <w:kern w:val="0"/>
      <w:sz w:val="18"/>
      <w:szCs w:val="22"/>
      <w:lang w:val="en-US" w:eastAsia="en-US"/>
      <w14:ligatures w14:val="none"/>
    </w:rPr>
  </w:style>
  <w:style w:type="paragraph" w:customStyle="1" w:styleId="AE7898835EA7450CA935AFE11384D2405">
    <w:name w:val="AE7898835EA7450CA935AFE11384D2405"/>
    <w:rsid w:val="00E7460C"/>
    <w:pPr>
      <w:spacing w:after="200" w:line="276" w:lineRule="auto"/>
    </w:pPr>
    <w:rPr>
      <w:rFonts w:ascii="Arial" w:hAnsi="Arial"/>
      <w:kern w:val="0"/>
      <w:sz w:val="18"/>
      <w:szCs w:val="22"/>
      <w:lang w:val="en-US" w:eastAsia="en-US"/>
      <w14:ligatures w14:val="none"/>
    </w:rPr>
  </w:style>
  <w:style w:type="paragraph" w:customStyle="1" w:styleId="872B4A57ECDB4FA2847BBB6AA1F509735">
    <w:name w:val="872B4A57ECDB4FA2847BBB6AA1F509735"/>
    <w:rsid w:val="00E7460C"/>
    <w:pPr>
      <w:spacing w:after="200" w:line="276" w:lineRule="auto"/>
    </w:pPr>
    <w:rPr>
      <w:rFonts w:ascii="Arial" w:hAnsi="Arial"/>
      <w:kern w:val="0"/>
      <w:sz w:val="18"/>
      <w:szCs w:val="22"/>
      <w:lang w:val="en-US" w:eastAsia="en-US"/>
      <w14:ligatures w14:val="none"/>
    </w:rPr>
  </w:style>
  <w:style w:type="paragraph" w:customStyle="1" w:styleId="705E402E7105445CB716C9B2E64F19325">
    <w:name w:val="705E402E7105445CB716C9B2E64F19325"/>
    <w:rsid w:val="00E7460C"/>
    <w:pPr>
      <w:spacing w:after="200" w:line="276" w:lineRule="auto"/>
    </w:pPr>
    <w:rPr>
      <w:rFonts w:ascii="Arial" w:hAnsi="Arial"/>
      <w:kern w:val="0"/>
      <w:sz w:val="18"/>
      <w:szCs w:val="22"/>
      <w:lang w:val="en-US" w:eastAsia="en-US"/>
      <w14:ligatures w14:val="none"/>
    </w:rPr>
  </w:style>
  <w:style w:type="paragraph" w:customStyle="1" w:styleId="7969BC8B05C641019B0D33FF3C9949AB5">
    <w:name w:val="7969BC8B05C641019B0D33FF3C9949AB5"/>
    <w:rsid w:val="00E7460C"/>
    <w:pPr>
      <w:spacing w:after="200" w:line="276" w:lineRule="auto"/>
    </w:pPr>
    <w:rPr>
      <w:rFonts w:ascii="Arial" w:hAnsi="Arial"/>
      <w:kern w:val="0"/>
      <w:sz w:val="18"/>
      <w:szCs w:val="22"/>
      <w:lang w:val="en-US" w:eastAsia="en-US"/>
      <w14:ligatures w14:val="none"/>
    </w:rPr>
  </w:style>
  <w:style w:type="paragraph" w:customStyle="1" w:styleId="1547287132EC46D997C4C898350C96675">
    <w:name w:val="1547287132EC46D997C4C898350C96675"/>
    <w:rsid w:val="00E7460C"/>
    <w:pPr>
      <w:spacing w:after="200" w:line="276" w:lineRule="auto"/>
    </w:pPr>
    <w:rPr>
      <w:rFonts w:ascii="Arial" w:hAnsi="Arial"/>
      <w:kern w:val="0"/>
      <w:sz w:val="18"/>
      <w:szCs w:val="22"/>
      <w:lang w:val="en-US" w:eastAsia="en-US"/>
      <w14:ligatures w14:val="none"/>
    </w:rPr>
  </w:style>
  <w:style w:type="paragraph" w:customStyle="1" w:styleId="21F1D69E34E24CE0939E409A4A8B45635">
    <w:name w:val="21F1D69E34E24CE0939E409A4A8B45635"/>
    <w:rsid w:val="00E7460C"/>
    <w:pPr>
      <w:spacing w:after="200" w:line="276" w:lineRule="auto"/>
    </w:pPr>
    <w:rPr>
      <w:rFonts w:ascii="Arial" w:hAnsi="Arial"/>
      <w:kern w:val="0"/>
      <w:sz w:val="18"/>
      <w:szCs w:val="22"/>
      <w:lang w:val="en-US" w:eastAsia="en-US"/>
      <w14:ligatures w14:val="none"/>
    </w:rPr>
  </w:style>
  <w:style w:type="paragraph" w:customStyle="1" w:styleId="AF6A0D96EC9C4D12A2BFF965DF8A61305">
    <w:name w:val="AF6A0D96EC9C4D12A2BFF965DF8A61305"/>
    <w:rsid w:val="00E7460C"/>
    <w:pPr>
      <w:spacing w:after="200" w:line="276" w:lineRule="auto"/>
    </w:pPr>
    <w:rPr>
      <w:rFonts w:ascii="Arial" w:hAnsi="Arial"/>
      <w:kern w:val="0"/>
      <w:sz w:val="18"/>
      <w:szCs w:val="22"/>
      <w:lang w:val="en-US" w:eastAsia="en-US"/>
      <w14:ligatures w14:val="none"/>
    </w:rPr>
  </w:style>
  <w:style w:type="paragraph" w:customStyle="1" w:styleId="BEEF693750BB4FF4B1F8DB8899C129725">
    <w:name w:val="BEEF693750BB4FF4B1F8DB8899C129725"/>
    <w:rsid w:val="00E7460C"/>
    <w:pPr>
      <w:spacing w:after="200" w:line="276" w:lineRule="auto"/>
    </w:pPr>
    <w:rPr>
      <w:rFonts w:ascii="Arial" w:hAnsi="Arial"/>
      <w:kern w:val="0"/>
      <w:sz w:val="18"/>
      <w:szCs w:val="22"/>
      <w:lang w:val="en-US" w:eastAsia="en-US"/>
      <w14:ligatures w14:val="none"/>
    </w:rPr>
  </w:style>
  <w:style w:type="paragraph" w:customStyle="1" w:styleId="5FB0273063774A659629046F2305DE3F4">
    <w:name w:val="5FB0273063774A659629046F2305DE3F4"/>
    <w:rsid w:val="00E7460C"/>
    <w:pPr>
      <w:spacing w:after="200" w:line="276" w:lineRule="auto"/>
    </w:pPr>
    <w:rPr>
      <w:rFonts w:ascii="Arial" w:hAnsi="Arial"/>
      <w:kern w:val="0"/>
      <w:sz w:val="18"/>
      <w:szCs w:val="22"/>
      <w:lang w:val="en-US" w:eastAsia="en-US"/>
      <w14:ligatures w14:val="none"/>
    </w:rPr>
  </w:style>
  <w:style w:type="paragraph" w:customStyle="1" w:styleId="9F0E768C63E4429CA8E2C044AECF5C144">
    <w:name w:val="9F0E768C63E4429CA8E2C044AECF5C144"/>
    <w:rsid w:val="00E7460C"/>
    <w:pPr>
      <w:spacing w:after="200" w:line="276" w:lineRule="auto"/>
    </w:pPr>
    <w:rPr>
      <w:rFonts w:ascii="Arial" w:hAnsi="Arial"/>
      <w:kern w:val="0"/>
      <w:sz w:val="18"/>
      <w:szCs w:val="22"/>
      <w:lang w:val="en-US" w:eastAsia="en-US"/>
      <w14:ligatures w14:val="none"/>
    </w:rPr>
  </w:style>
  <w:style w:type="paragraph" w:customStyle="1" w:styleId="812591F5424F4AED8F8D2210A8C5A7F64">
    <w:name w:val="812591F5424F4AED8F8D2210A8C5A7F64"/>
    <w:rsid w:val="00E7460C"/>
    <w:pPr>
      <w:spacing w:after="200" w:line="276" w:lineRule="auto"/>
    </w:pPr>
    <w:rPr>
      <w:rFonts w:ascii="Arial" w:hAnsi="Arial"/>
      <w:kern w:val="0"/>
      <w:sz w:val="18"/>
      <w:szCs w:val="22"/>
      <w:lang w:val="en-US" w:eastAsia="en-US"/>
      <w14:ligatures w14:val="none"/>
    </w:rPr>
  </w:style>
  <w:style w:type="paragraph" w:customStyle="1" w:styleId="F19DF0099F12434D87D84EA1FC3458624">
    <w:name w:val="F19DF0099F12434D87D84EA1FC3458624"/>
    <w:rsid w:val="00E7460C"/>
    <w:pPr>
      <w:spacing w:after="200" w:line="276" w:lineRule="auto"/>
    </w:pPr>
    <w:rPr>
      <w:rFonts w:ascii="Arial" w:hAnsi="Arial"/>
      <w:kern w:val="0"/>
      <w:sz w:val="18"/>
      <w:szCs w:val="22"/>
      <w:lang w:val="en-US" w:eastAsia="en-US"/>
      <w14:ligatures w14:val="none"/>
    </w:rPr>
  </w:style>
  <w:style w:type="paragraph" w:customStyle="1" w:styleId="C291525F62F14810ADC850E3DB0E9B474">
    <w:name w:val="C291525F62F14810ADC850E3DB0E9B474"/>
    <w:rsid w:val="00E7460C"/>
    <w:pPr>
      <w:spacing w:after="200" w:line="276" w:lineRule="auto"/>
    </w:pPr>
    <w:rPr>
      <w:rFonts w:ascii="Arial" w:hAnsi="Arial"/>
      <w:kern w:val="0"/>
      <w:sz w:val="18"/>
      <w:szCs w:val="22"/>
      <w:lang w:val="en-US" w:eastAsia="en-US"/>
      <w14:ligatures w14:val="none"/>
    </w:rPr>
  </w:style>
  <w:style w:type="paragraph" w:customStyle="1" w:styleId="412BB4B812624A17BB652E579E54F3DE4">
    <w:name w:val="412BB4B812624A17BB652E579E54F3DE4"/>
    <w:rsid w:val="00E7460C"/>
    <w:pPr>
      <w:spacing w:after="200" w:line="276" w:lineRule="auto"/>
    </w:pPr>
    <w:rPr>
      <w:rFonts w:ascii="Arial" w:hAnsi="Arial"/>
      <w:kern w:val="0"/>
      <w:sz w:val="18"/>
      <w:szCs w:val="22"/>
      <w:lang w:val="en-US" w:eastAsia="en-US"/>
      <w14:ligatures w14:val="none"/>
    </w:rPr>
  </w:style>
  <w:style w:type="paragraph" w:customStyle="1" w:styleId="385CD93733C040F5A6A8B12225D8C41C2">
    <w:name w:val="385CD93733C040F5A6A8B12225D8C41C2"/>
    <w:rsid w:val="00E7460C"/>
    <w:pPr>
      <w:spacing w:after="200" w:line="276" w:lineRule="auto"/>
    </w:pPr>
    <w:rPr>
      <w:rFonts w:ascii="Arial" w:hAnsi="Arial"/>
      <w:kern w:val="0"/>
      <w:sz w:val="18"/>
      <w:szCs w:val="22"/>
      <w:lang w:val="en-US" w:eastAsia="en-US"/>
      <w14:ligatures w14:val="none"/>
    </w:rPr>
  </w:style>
  <w:style w:type="paragraph" w:customStyle="1" w:styleId="BF2F61CEAE824374BC6D195B7479237B1">
    <w:name w:val="BF2F61CEAE824374BC6D195B7479237B1"/>
    <w:rsid w:val="00E7460C"/>
    <w:pPr>
      <w:spacing w:after="200" w:line="276" w:lineRule="auto"/>
    </w:pPr>
    <w:rPr>
      <w:rFonts w:ascii="Arial" w:hAnsi="Arial"/>
      <w:kern w:val="0"/>
      <w:sz w:val="18"/>
      <w:szCs w:val="22"/>
      <w:lang w:val="en-US" w:eastAsia="en-US"/>
      <w14:ligatures w14:val="none"/>
    </w:rPr>
  </w:style>
  <w:style w:type="paragraph" w:customStyle="1" w:styleId="0685C3C242F4401C8E3CA7D7DA95ECFB1">
    <w:name w:val="0685C3C242F4401C8E3CA7D7DA95ECFB1"/>
    <w:rsid w:val="00E7460C"/>
    <w:pPr>
      <w:spacing w:after="200" w:line="276" w:lineRule="auto"/>
    </w:pPr>
    <w:rPr>
      <w:rFonts w:ascii="Arial" w:hAnsi="Arial"/>
      <w:kern w:val="0"/>
      <w:sz w:val="18"/>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1273</Words>
  <Characters>6511</Characters>
  <Application>Microsoft Office Word</Application>
  <DocSecurity>0</DocSecurity>
  <Lines>241</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7629</CharactersWithSpaces>
  <SharedDoc>false</SharedDoc>
  <HyperlinkBase/>
  <HLinks>
    <vt:vector size="12" baseType="variant">
      <vt:variant>
        <vt:i4>3801109</vt:i4>
      </vt:variant>
      <vt:variant>
        <vt:i4>3</vt:i4>
      </vt:variant>
      <vt:variant>
        <vt:i4>0</vt:i4>
      </vt:variant>
      <vt:variant>
        <vt:i4>5</vt:i4>
      </vt:variant>
      <vt:variant>
        <vt:lpwstr>mailto:customer@rockingham.wa.gov.au</vt:lpwstr>
      </vt:variant>
      <vt:variant>
        <vt:lpwstr/>
      </vt:variant>
      <vt:variant>
        <vt:i4>3801109</vt:i4>
      </vt:variant>
      <vt:variant>
        <vt:i4>0</vt:i4>
      </vt:variant>
      <vt:variant>
        <vt:i4>0</vt:i4>
      </vt:variant>
      <vt:variant>
        <vt:i4>5</vt:i4>
      </vt:variant>
      <vt:variant>
        <vt:lpwstr>mailto:customer@rockingham.wa.gov.au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Rankin</dc:creator>
  <cp:keywords/>
  <dc:description>generated by python-docx</dc:description>
  <cp:lastModifiedBy>Elizabeth Lim Hart</cp:lastModifiedBy>
  <cp:revision>14</cp:revision>
  <cp:lastPrinted>2026-10-05T05:24:00Z</cp:lastPrinted>
  <dcterms:created xsi:type="dcterms:W3CDTF">2026-10-02T04:15:00Z</dcterms:created>
  <dcterms:modified xsi:type="dcterms:W3CDTF">2026-10-07T06:30:00Z</dcterms:modified>
  <cp:category/>
</cp:coreProperties>
</file>